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Spacing w:w="0" w:type="dxa"/>
        <w:tblLook w:val="04A0" w:firstRow="1" w:lastRow="0" w:firstColumn="1" w:lastColumn="0" w:noHBand="0" w:noVBand="1"/>
      </w:tblPr>
      <w:tblGrid>
        <w:gridCol w:w="10176"/>
      </w:tblGrid>
      <w:tr w:rsidR="00436F00" w14:paraId="68D14330" w14:textId="77777777" w:rsidTr="00427D02">
        <w:trPr>
          <w:tblCellSpacing w:w="0" w:type="dxa"/>
        </w:trPr>
        <w:tc>
          <w:tcPr>
            <w:tcW w:w="10206" w:type="dxa"/>
            <w:tcBorders>
              <w:top w:val="none" w:sz="0" w:space="0" w:color="FFFFFF"/>
              <w:left w:val="single" w:sz="24" w:space="0" w:color="F0A500"/>
              <w:bottom w:val="none" w:sz="0" w:space="0" w:color="FFFFFF"/>
              <w:right w:val="none" w:sz="0" w:space="0" w:color="FFFFFF"/>
            </w:tcBorders>
            <w:shd w:val="clear" w:color="auto" w:fill="F4F7FA"/>
            <w:tcMar>
              <w:top w:w="80" w:type="dxa"/>
              <w:left w:w="120" w:type="dxa"/>
              <w:bottom w:w="80" w:type="dxa"/>
              <w:right w:w="100" w:type="dxa"/>
            </w:tcMar>
          </w:tcPr>
          <w:p w14:paraId="168AE072" w14:textId="6357EF29" w:rsidR="00436F00" w:rsidRDefault="00000000">
            <w:pPr>
              <w:spacing w:after="60"/>
            </w:pPr>
            <w:r>
              <w:rPr>
                <w:b/>
              </w:rPr>
              <w:t>Gentile Cliente,</w:t>
            </w:r>
            <w:r>
              <w:rPr>
                <w:b/>
              </w:rPr>
              <w:br/>
            </w:r>
            <w:r>
              <w:rPr>
                <w:sz w:val="17"/>
              </w:rPr>
              <w:t xml:space="preserve">trasmettiamo il presente </w:t>
            </w:r>
            <w:r w:rsidRPr="00427D02">
              <w:rPr>
                <w:sz w:val="17"/>
              </w:rPr>
              <w:t xml:space="preserve">documento </w:t>
            </w:r>
            <w:r w:rsidR="006E4717" w:rsidRPr="00427D02">
              <w:rPr>
                <w:sz w:val="17"/>
                <w:szCs w:val="17"/>
              </w:rPr>
              <w:t xml:space="preserve">per </w:t>
            </w:r>
            <w:r w:rsidR="006E4717" w:rsidRPr="00427D02">
              <w:rPr>
                <w:color w:val="000000"/>
                <w:sz w:val="17"/>
                <w:szCs w:val="17"/>
              </w:rPr>
              <w:t>raccogliere le informazioni necessarie alla formulazione dell’offerta per la certificazione del servizio di stabilimento o struttura balneare secondo UNI ISO 13009 e/o UNI 11911</w:t>
            </w:r>
            <w:r w:rsidR="00427D02" w:rsidRPr="00427D02">
              <w:rPr>
                <w:color w:val="000000"/>
                <w:sz w:val="17"/>
                <w:szCs w:val="17"/>
              </w:rPr>
              <w:t xml:space="preserve">. </w:t>
            </w:r>
            <w:r w:rsidRPr="00427D02">
              <w:rPr>
                <w:sz w:val="17"/>
              </w:rPr>
              <w:t>La preghiamo di prendere visione del Regolamento di Certificazione disponibile sul nostro sito autenticert.it, sottolineando che l'accettazione dell'eventuale offerta comporterà l'automatica accettazione del Regolamento stesso. Vogliate, cortesemente, fornire le informazioni richieste negli spazi sottostanti e spedire la presente richiesta all'Organismo di Certificazione.</w:t>
            </w:r>
            <w:r>
              <w:rPr>
                <w:sz w:val="17"/>
              </w:rPr>
              <w:br/>
            </w:r>
            <w:r>
              <w:rPr>
                <w:b/>
                <w:sz w:val="17"/>
              </w:rPr>
              <w:t>Vi preghiamo, inoltre, di allegare Visura Camerale in corso di validità.</w:t>
            </w:r>
          </w:p>
        </w:tc>
      </w:tr>
    </w:tbl>
    <w:p w14:paraId="3F0B771B" w14:textId="77777777" w:rsidR="00436F00" w:rsidRDefault="00436F00">
      <w:pPr>
        <w:spacing w:after="0"/>
      </w:pPr>
    </w:p>
    <w:tbl>
      <w:tblPr>
        <w:tblW w:w="0" w:type="auto"/>
        <w:tblCellSpacing w:w="0" w:type="dxa"/>
        <w:tblLook w:val="04A0" w:firstRow="1" w:lastRow="0" w:firstColumn="1" w:lastColumn="0" w:noHBand="0" w:noVBand="1"/>
      </w:tblPr>
      <w:tblGrid>
        <w:gridCol w:w="2551"/>
        <w:gridCol w:w="2551"/>
        <w:gridCol w:w="2551"/>
        <w:gridCol w:w="2551"/>
      </w:tblGrid>
      <w:tr w:rsidR="00436F00" w14:paraId="33C31F3A" w14:textId="77777777">
        <w:trPr>
          <w:trHeight w:hRule="exact" w:val="311"/>
          <w:tblCellSpacing w:w="0" w:type="dxa"/>
        </w:trPr>
        <w:tc>
          <w:tcPr>
            <w:tcW w:w="10204" w:type="dxa"/>
            <w:gridSpan w:val="4"/>
            <w:shd w:val="clear" w:color="auto" w:fill="F0A500"/>
            <w:tcMar>
              <w:top w:w="60" w:type="dxa"/>
              <w:left w:w="100" w:type="dxa"/>
              <w:bottom w:w="60" w:type="dxa"/>
              <w:right w:w="100" w:type="dxa"/>
            </w:tcMar>
          </w:tcPr>
          <w:p w14:paraId="35E52B83" w14:textId="77777777" w:rsidR="00436F00" w:rsidRDefault="00000000">
            <w:pPr>
              <w:spacing w:after="0"/>
            </w:pPr>
            <w:r>
              <w:rPr>
                <w:b/>
                <w:color w:val="1A3A5C"/>
              </w:rPr>
              <w:t>NORMA</w:t>
            </w:r>
          </w:p>
        </w:tc>
      </w:tr>
      <w:tr w:rsidR="00436F00" w14:paraId="0EB8EEDB" w14:textId="77777777" w:rsidTr="00F532E6">
        <w:trPr>
          <w:trHeight w:hRule="exact" w:val="1434"/>
          <w:tblCellSpacing w:w="0" w:type="dxa"/>
        </w:trPr>
        <w:tc>
          <w:tcPr>
            <w:tcW w:w="2551" w:type="dxa"/>
            <w:tcBorders>
              <w:top w:val="none" w:sz="0" w:space="0" w:color="FFFFFF"/>
              <w:left w:val="none" w:sz="0" w:space="0" w:color="FFFFFF"/>
              <w:bottom w:val="none" w:sz="0" w:space="0" w:color="FFFFFF"/>
              <w:right w:val="single" w:sz="4" w:space="0" w:color="CBD8E4"/>
            </w:tcBorders>
            <w:shd w:val="clear" w:color="auto" w:fill="FFFFFF"/>
            <w:tcMar>
              <w:top w:w="50" w:type="dxa"/>
              <w:left w:w="90" w:type="dxa"/>
              <w:bottom w:w="50" w:type="dxa"/>
              <w:right w:w="90" w:type="dxa"/>
            </w:tcMar>
            <w:vAlign w:val="center"/>
          </w:tcPr>
          <w:p w14:paraId="5F91B75B" w14:textId="41005144" w:rsidR="00436F00" w:rsidRDefault="00AC01B3">
            <w:pPr>
              <w:spacing w:after="0"/>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sz w:val="17"/>
              </w:rPr>
              <w:t xml:space="preserve">ISO 13009   </w:t>
            </w:r>
          </w:p>
        </w:tc>
        <w:tc>
          <w:tcPr>
            <w:tcW w:w="2551" w:type="dxa"/>
            <w:tcBorders>
              <w:top w:val="none" w:sz="0" w:space="0" w:color="FFFFFF"/>
              <w:left w:val="single" w:sz="4" w:space="0" w:color="CBD8E4"/>
              <w:bottom w:val="none" w:sz="0" w:space="0" w:color="FFFFFF"/>
              <w:right w:val="single" w:sz="4" w:space="0" w:color="CBD8E4"/>
            </w:tcBorders>
            <w:shd w:val="clear" w:color="auto" w:fill="F4F7FA"/>
            <w:tcMar>
              <w:top w:w="50" w:type="dxa"/>
              <w:left w:w="90" w:type="dxa"/>
              <w:bottom w:w="50" w:type="dxa"/>
              <w:right w:w="90" w:type="dxa"/>
            </w:tcMar>
            <w:vAlign w:val="center"/>
          </w:tcPr>
          <w:p w14:paraId="7433FC3E" w14:textId="766829BF" w:rsidR="00436F00" w:rsidRDefault="00AC01B3">
            <w:pPr>
              <w:spacing w:after="0"/>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color w:val="1A3A5C"/>
                <w:sz w:val="20"/>
              </w:rPr>
              <w:t xml:space="preserve"> </w:t>
            </w:r>
            <w:r>
              <w:rPr>
                <w:sz w:val="17"/>
              </w:rPr>
              <w:t xml:space="preserve">UNI 11911   </w:t>
            </w:r>
          </w:p>
        </w:tc>
        <w:tc>
          <w:tcPr>
            <w:tcW w:w="2551" w:type="dxa"/>
            <w:tcBorders>
              <w:top w:val="none" w:sz="0" w:space="0" w:color="FFFFFF"/>
              <w:left w:val="single" w:sz="4" w:space="0" w:color="CBD8E4"/>
              <w:bottom w:val="none" w:sz="0" w:space="0" w:color="FFFFFF"/>
              <w:right w:val="single" w:sz="4" w:space="0" w:color="CBD8E4"/>
            </w:tcBorders>
            <w:shd w:val="clear" w:color="auto" w:fill="FFFFFF"/>
            <w:tcMar>
              <w:top w:w="50" w:type="dxa"/>
              <w:left w:w="90" w:type="dxa"/>
              <w:bottom w:w="50" w:type="dxa"/>
              <w:right w:w="90" w:type="dxa"/>
            </w:tcMar>
            <w:vAlign w:val="center"/>
          </w:tcPr>
          <w:p w14:paraId="0960BCBB" w14:textId="33EC0EA5" w:rsidR="00436F00" w:rsidRDefault="00AC01B3">
            <w:pPr>
              <w:spacing w:after="0"/>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color w:val="1A3A5C"/>
                <w:sz w:val="20"/>
              </w:rPr>
              <w:t xml:space="preserve"> </w:t>
            </w:r>
            <w:r w:rsidRPr="000C179C">
              <w:rPr>
                <w:sz w:val="17"/>
              </w:rPr>
              <w:t>RATING 11911</w:t>
            </w:r>
            <w:r>
              <w:rPr>
                <w:sz w:val="17"/>
              </w:rPr>
              <w:t xml:space="preserve">  </w:t>
            </w:r>
          </w:p>
        </w:tc>
        <w:tc>
          <w:tcPr>
            <w:tcW w:w="2551" w:type="dxa"/>
            <w:tcBorders>
              <w:top w:val="none" w:sz="0" w:space="0" w:color="FFFFFF"/>
              <w:left w:val="single" w:sz="4" w:space="0" w:color="CBD8E4"/>
              <w:bottom w:val="none" w:sz="0" w:space="0" w:color="FFFFFF"/>
              <w:right w:val="none" w:sz="0" w:space="0" w:color="FFFFFF"/>
            </w:tcBorders>
            <w:shd w:val="clear" w:color="auto" w:fill="F4F7FA"/>
            <w:tcMar>
              <w:top w:w="50" w:type="dxa"/>
              <w:left w:w="90" w:type="dxa"/>
              <w:bottom w:w="50" w:type="dxa"/>
              <w:right w:w="90" w:type="dxa"/>
            </w:tcMar>
            <w:vAlign w:val="center"/>
          </w:tcPr>
          <w:p w14:paraId="5F34FC1E" w14:textId="3D906EF3" w:rsidR="00436F00" w:rsidRDefault="00AC01B3">
            <w:pPr>
              <w:spacing w:after="0"/>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color w:val="1A3A5C"/>
                <w:sz w:val="20"/>
              </w:rPr>
              <w:t xml:space="preserve"> </w:t>
            </w:r>
            <w:r>
              <w:rPr>
                <w:sz w:val="17"/>
              </w:rPr>
              <w:t xml:space="preserve">INTEGRATE 11911 - 13009   </w:t>
            </w:r>
          </w:p>
        </w:tc>
      </w:tr>
    </w:tbl>
    <w:p w14:paraId="67B006DF" w14:textId="77777777" w:rsidR="00436F00" w:rsidRDefault="00436F00">
      <w:pPr>
        <w:spacing w:after="0"/>
      </w:pPr>
    </w:p>
    <w:tbl>
      <w:tblPr>
        <w:tblW w:w="0" w:type="auto"/>
        <w:tblCellSpacing w:w="0" w:type="dxa"/>
        <w:tblLook w:val="04A0" w:firstRow="1" w:lastRow="0" w:firstColumn="1" w:lastColumn="0" w:noHBand="0" w:noVBand="1"/>
      </w:tblPr>
      <w:tblGrid>
        <w:gridCol w:w="3401"/>
        <w:gridCol w:w="3401"/>
        <w:gridCol w:w="3402"/>
      </w:tblGrid>
      <w:tr w:rsidR="00436F00" w14:paraId="3382A6AB" w14:textId="77777777">
        <w:trPr>
          <w:trHeight w:hRule="exact" w:val="311"/>
          <w:tblCellSpacing w:w="0" w:type="dxa"/>
        </w:trPr>
        <w:tc>
          <w:tcPr>
            <w:tcW w:w="10204" w:type="dxa"/>
            <w:gridSpan w:val="3"/>
            <w:shd w:val="clear" w:color="auto" w:fill="1A6B8A"/>
            <w:tcMar>
              <w:top w:w="60" w:type="dxa"/>
              <w:left w:w="100" w:type="dxa"/>
              <w:bottom w:w="60" w:type="dxa"/>
              <w:right w:w="100" w:type="dxa"/>
            </w:tcMar>
          </w:tcPr>
          <w:p w14:paraId="67048581" w14:textId="77777777" w:rsidR="00436F00" w:rsidRDefault="00000000">
            <w:pPr>
              <w:spacing w:after="0"/>
            </w:pPr>
            <w:r>
              <w:rPr>
                <w:b/>
                <w:color w:val="FFFFFF"/>
              </w:rPr>
              <w:t>TIPO DI VALUTAZIONE</w:t>
            </w:r>
          </w:p>
        </w:tc>
      </w:tr>
      <w:tr w:rsidR="00427D02" w14:paraId="730445FE" w14:textId="77777777" w:rsidTr="00427D02">
        <w:trPr>
          <w:trHeight w:hRule="exact" w:val="368"/>
          <w:tblCellSpacing w:w="0" w:type="dxa"/>
        </w:trPr>
        <w:tc>
          <w:tcPr>
            <w:tcW w:w="3401" w:type="dxa"/>
            <w:tcBorders>
              <w:top w:val="none" w:sz="0" w:space="0" w:color="FFFFFF"/>
              <w:left w:val="none" w:sz="0" w:space="0" w:color="FFFFFF"/>
              <w:bottom w:val="none" w:sz="0" w:space="0" w:color="FFFFFF"/>
              <w:right w:val="none" w:sz="0" w:space="0" w:color="FFFFFF"/>
            </w:tcBorders>
            <w:shd w:val="clear" w:color="auto" w:fill="F4F7FA"/>
            <w:tcMar>
              <w:top w:w="50" w:type="dxa"/>
              <w:left w:w="90" w:type="dxa"/>
              <w:bottom w:w="50" w:type="dxa"/>
              <w:right w:w="90" w:type="dxa"/>
            </w:tcMar>
            <w:vAlign w:val="center"/>
          </w:tcPr>
          <w:p w14:paraId="36E7DD0E" w14:textId="77777777" w:rsidR="00427D02" w:rsidRDefault="00427D02">
            <w:pPr>
              <w:spacing w:after="0"/>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color w:val="1A3A5C"/>
                <w:sz w:val="20"/>
              </w:rPr>
              <w:t xml:space="preserve"> </w:t>
            </w:r>
            <w:r>
              <w:rPr>
                <w:sz w:val="17"/>
              </w:rPr>
              <w:t xml:space="preserve">Iniziale   </w:t>
            </w:r>
          </w:p>
        </w:tc>
        <w:tc>
          <w:tcPr>
            <w:tcW w:w="3401" w:type="dxa"/>
            <w:tcBorders>
              <w:top w:val="none" w:sz="0" w:space="0" w:color="FFFFFF"/>
              <w:left w:val="none" w:sz="0" w:space="0" w:color="FFFFFF"/>
              <w:bottom w:val="none" w:sz="0" w:space="0" w:color="FFFFFF"/>
              <w:right w:val="none" w:sz="0" w:space="0" w:color="FFFFFF"/>
            </w:tcBorders>
            <w:shd w:val="clear" w:color="auto" w:fill="FFFFFF"/>
            <w:vAlign w:val="center"/>
          </w:tcPr>
          <w:p w14:paraId="1128E127" w14:textId="6852432C" w:rsidR="00427D02" w:rsidRDefault="00427D02">
            <w:pPr>
              <w:spacing w:after="0"/>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color w:val="1A3A5C"/>
                <w:sz w:val="20"/>
              </w:rPr>
              <w:t xml:space="preserve"> </w:t>
            </w:r>
            <w:r>
              <w:rPr>
                <w:sz w:val="17"/>
              </w:rPr>
              <w:t xml:space="preserve">Transfer   </w:t>
            </w:r>
          </w:p>
        </w:tc>
        <w:tc>
          <w:tcPr>
            <w:tcW w:w="3402" w:type="dxa"/>
            <w:tcBorders>
              <w:top w:val="none" w:sz="0" w:space="0" w:color="FFFFFF"/>
              <w:left w:val="none" w:sz="0" w:space="0" w:color="FFFFFF"/>
              <w:bottom w:val="none" w:sz="0" w:space="0" w:color="FFFFFF"/>
              <w:right w:val="none" w:sz="0" w:space="0" w:color="FFFFFF"/>
            </w:tcBorders>
            <w:shd w:val="clear" w:color="auto" w:fill="F4F7FA"/>
            <w:vAlign w:val="center"/>
          </w:tcPr>
          <w:p w14:paraId="56757487" w14:textId="36771336" w:rsidR="00427D02" w:rsidRDefault="00427D02">
            <w:pPr>
              <w:spacing w:after="0"/>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color w:val="1A3A5C"/>
                <w:sz w:val="20"/>
              </w:rPr>
              <w:t xml:space="preserve"> </w:t>
            </w:r>
            <w:r>
              <w:rPr>
                <w:sz w:val="17"/>
              </w:rPr>
              <w:t xml:space="preserve">Estensione di scopo   </w:t>
            </w:r>
          </w:p>
        </w:tc>
      </w:tr>
    </w:tbl>
    <w:p w14:paraId="05FE1125" w14:textId="77777777" w:rsidR="00436F00" w:rsidRDefault="00436F00">
      <w:pPr>
        <w:spacing w:after="0"/>
      </w:pPr>
    </w:p>
    <w:tbl>
      <w:tblPr>
        <w:tblW w:w="0" w:type="auto"/>
        <w:tblCellSpacing w:w="0" w:type="dxa"/>
        <w:tblLook w:val="04A0" w:firstRow="1" w:lastRow="0" w:firstColumn="1" w:lastColumn="0" w:noHBand="0" w:noVBand="1"/>
      </w:tblPr>
      <w:tblGrid>
        <w:gridCol w:w="1700"/>
        <w:gridCol w:w="1698"/>
        <w:gridCol w:w="1698"/>
        <w:gridCol w:w="1697"/>
        <w:gridCol w:w="1697"/>
        <w:gridCol w:w="1698"/>
        <w:gridCol w:w="18"/>
      </w:tblGrid>
      <w:tr w:rsidR="00436F00" w14:paraId="1D269B5F" w14:textId="77777777" w:rsidTr="000A3D2C">
        <w:trPr>
          <w:gridAfter w:val="1"/>
          <w:wAfter w:w="18" w:type="dxa"/>
          <w:trHeight w:hRule="exact" w:val="311"/>
          <w:tblCellSpacing w:w="0" w:type="dxa"/>
        </w:trPr>
        <w:tc>
          <w:tcPr>
            <w:tcW w:w="10188" w:type="dxa"/>
            <w:gridSpan w:val="6"/>
            <w:shd w:val="clear" w:color="auto" w:fill="1A3A5C"/>
            <w:tcMar>
              <w:top w:w="60" w:type="dxa"/>
              <w:left w:w="100" w:type="dxa"/>
              <w:bottom w:w="60" w:type="dxa"/>
              <w:right w:w="100" w:type="dxa"/>
            </w:tcMar>
          </w:tcPr>
          <w:p w14:paraId="7EE47342" w14:textId="77777777" w:rsidR="00436F00" w:rsidRDefault="00000000">
            <w:pPr>
              <w:spacing w:after="0"/>
            </w:pPr>
            <w:r>
              <w:rPr>
                <w:b/>
                <w:color w:val="FFFFFF"/>
              </w:rPr>
              <w:t>INFORMAZIONI GENERALI</w:t>
            </w:r>
          </w:p>
        </w:tc>
      </w:tr>
      <w:tr w:rsidR="00436F00" w14:paraId="24AE68DE" w14:textId="77777777" w:rsidTr="000A3D2C">
        <w:trPr>
          <w:trHeight w:hRule="exact" w:val="255"/>
          <w:tblCellSpacing w:w="0" w:type="dxa"/>
        </w:trPr>
        <w:tc>
          <w:tcPr>
            <w:tcW w:w="5096" w:type="dxa"/>
            <w:gridSpan w:val="3"/>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vAlign w:val="center"/>
          </w:tcPr>
          <w:p w14:paraId="6D2350AB" w14:textId="77777777" w:rsidR="00436F00" w:rsidRDefault="00000000">
            <w:pPr>
              <w:spacing w:after="0"/>
            </w:pPr>
            <w:r>
              <w:rPr>
                <w:b/>
                <w:color w:val="1A3A5C"/>
                <w:sz w:val="15"/>
              </w:rPr>
              <w:t>RAGIONE SOCIALE</w:t>
            </w:r>
          </w:p>
        </w:tc>
        <w:tc>
          <w:tcPr>
            <w:tcW w:w="5110" w:type="dxa"/>
            <w:gridSpan w:val="4"/>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vAlign w:val="center"/>
          </w:tcPr>
          <w:p w14:paraId="7EDAA30F" w14:textId="77777777" w:rsidR="00436F00" w:rsidRDefault="00000000">
            <w:pPr>
              <w:spacing w:after="0"/>
            </w:pPr>
            <w:r>
              <w:rPr>
                <w:b/>
                <w:color w:val="1A3A5C"/>
                <w:sz w:val="15"/>
              </w:rPr>
              <w:t>P.IVA / COD.FISC.</w:t>
            </w:r>
          </w:p>
        </w:tc>
      </w:tr>
      <w:tr w:rsidR="00436F00" w14:paraId="0959C972" w14:textId="77777777" w:rsidTr="000A3D2C">
        <w:trPr>
          <w:trHeight w:hRule="exact" w:val="311"/>
          <w:tblCellSpacing w:w="0" w:type="dxa"/>
        </w:trPr>
        <w:tc>
          <w:tcPr>
            <w:tcW w:w="5096" w:type="dxa"/>
            <w:gridSpan w:val="3"/>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tcPr>
          <w:p w14:paraId="51F9CE36" w14:textId="77777777" w:rsidR="00436F00" w:rsidRDefault="00436F00">
            <w:pPr>
              <w:spacing w:after="0"/>
            </w:pPr>
          </w:p>
        </w:tc>
        <w:tc>
          <w:tcPr>
            <w:tcW w:w="5110" w:type="dxa"/>
            <w:gridSpan w:val="4"/>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tcPr>
          <w:p w14:paraId="7768C4FB" w14:textId="77777777" w:rsidR="00436F00" w:rsidRDefault="00436F00">
            <w:pPr>
              <w:spacing w:after="0"/>
            </w:pPr>
          </w:p>
        </w:tc>
      </w:tr>
      <w:tr w:rsidR="00436F00" w14:paraId="507A38AF" w14:textId="77777777" w:rsidTr="000A3D2C">
        <w:trPr>
          <w:trHeight w:hRule="exact" w:val="255"/>
          <w:tblCellSpacing w:w="0" w:type="dxa"/>
        </w:trPr>
        <w:tc>
          <w:tcPr>
            <w:tcW w:w="3398" w:type="dxa"/>
            <w:gridSpan w:val="2"/>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vAlign w:val="center"/>
          </w:tcPr>
          <w:p w14:paraId="5491E26B" w14:textId="77777777" w:rsidR="00436F00" w:rsidRDefault="00000000">
            <w:pPr>
              <w:spacing w:after="0"/>
            </w:pPr>
            <w:r>
              <w:rPr>
                <w:b/>
                <w:color w:val="1A3A5C"/>
                <w:sz w:val="15"/>
              </w:rPr>
              <w:t>PERSONALE DI RIFERIMENTO</w:t>
            </w:r>
          </w:p>
        </w:tc>
        <w:tc>
          <w:tcPr>
            <w:tcW w:w="1698" w:type="dxa"/>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vAlign w:val="center"/>
          </w:tcPr>
          <w:p w14:paraId="7BA81210" w14:textId="77777777" w:rsidR="00436F00" w:rsidRDefault="00000000">
            <w:pPr>
              <w:spacing w:after="0"/>
            </w:pPr>
            <w:r>
              <w:rPr>
                <w:b/>
                <w:color w:val="1A3A5C"/>
                <w:sz w:val="15"/>
              </w:rPr>
              <w:t>RUOLO</w:t>
            </w:r>
          </w:p>
        </w:tc>
        <w:tc>
          <w:tcPr>
            <w:tcW w:w="5110" w:type="dxa"/>
            <w:gridSpan w:val="4"/>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vAlign w:val="center"/>
          </w:tcPr>
          <w:p w14:paraId="79C9DEEE" w14:textId="77777777" w:rsidR="00436F00" w:rsidRDefault="00000000">
            <w:pPr>
              <w:spacing w:after="0"/>
            </w:pPr>
            <w:r>
              <w:rPr>
                <w:b/>
                <w:color w:val="1A3A5C"/>
                <w:sz w:val="15"/>
              </w:rPr>
              <w:t>TEL / MAIL</w:t>
            </w:r>
          </w:p>
        </w:tc>
      </w:tr>
      <w:tr w:rsidR="00436F00" w14:paraId="1F29696E" w14:textId="77777777" w:rsidTr="000A3D2C">
        <w:trPr>
          <w:trHeight w:hRule="exact" w:val="311"/>
          <w:tblCellSpacing w:w="0" w:type="dxa"/>
        </w:trPr>
        <w:tc>
          <w:tcPr>
            <w:tcW w:w="3398" w:type="dxa"/>
            <w:gridSpan w:val="2"/>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tcPr>
          <w:p w14:paraId="7BDD84E3" w14:textId="77777777" w:rsidR="00436F00" w:rsidRDefault="00436F00">
            <w:pPr>
              <w:spacing w:after="0"/>
            </w:pPr>
          </w:p>
        </w:tc>
        <w:tc>
          <w:tcPr>
            <w:tcW w:w="1698" w:type="dxa"/>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tcPr>
          <w:p w14:paraId="7C3FE735" w14:textId="77777777" w:rsidR="00436F00" w:rsidRDefault="00436F00">
            <w:pPr>
              <w:spacing w:after="0"/>
            </w:pPr>
          </w:p>
        </w:tc>
        <w:tc>
          <w:tcPr>
            <w:tcW w:w="5110" w:type="dxa"/>
            <w:gridSpan w:val="4"/>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tcPr>
          <w:p w14:paraId="3A95C814" w14:textId="77777777" w:rsidR="00436F00" w:rsidRDefault="00436F00">
            <w:pPr>
              <w:spacing w:after="0"/>
            </w:pPr>
          </w:p>
        </w:tc>
      </w:tr>
      <w:tr w:rsidR="00436F00" w14:paraId="2CF624A0" w14:textId="77777777">
        <w:trPr>
          <w:trHeight w:hRule="exact" w:val="255"/>
          <w:tblCellSpacing w:w="0" w:type="dxa"/>
        </w:trPr>
        <w:tc>
          <w:tcPr>
            <w:tcW w:w="10206" w:type="dxa"/>
            <w:gridSpan w:val="7"/>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vAlign w:val="center"/>
          </w:tcPr>
          <w:p w14:paraId="12BE635A" w14:textId="77777777" w:rsidR="00436F00" w:rsidRDefault="00000000">
            <w:pPr>
              <w:spacing w:after="0"/>
            </w:pPr>
            <w:r>
              <w:rPr>
                <w:b/>
                <w:color w:val="1A3A5C"/>
                <w:sz w:val="15"/>
              </w:rPr>
              <w:t>SEDE LEGALE</w:t>
            </w:r>
            <w:r>
              <w:rPr>
                <w:i/>
                <w:color w:val="888888"/>
                <w:sz w:val="13"/>
              </w:rPr>
              <w:t xml:space="preserve">  (Indirizzo, Civico, CAP, Comune, Provincia, Stato)</w:t>
            </w:r>
          </w:p>
        </w:tc>
      </w:tr>
      <w:tr w:rsidR="00436F00" w14:paraId="4E7EBA23" w14:textId="77777777">
        <w:trPr>
          <w:trHeight w:hRule="exact" w:val="311"/>
          <w:tblCellSpacing w:w="0" w:type="dxa"/>
        </w:trPr>
        <w:tc>
          <w:tcPr>
            <w:tcW w:w="10206" w:type="dxa"/>
            <w:gridSpan w:val="7"/>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tcPr>
          <w:p w14:paraId="79E7D90D" w14:textId="77777777" w:rsidR="00436F00" w:rsidRDefault="00436F00">
            <w:pPr>
              <w:spacing w:after="0"/>
            </w:pPr>
          </w:p>
        </w:tc>
      </w:tr>
      <w:tr w:rsidR="00436F00" w14:paraId="5E9C0FF6" w14:textId="77777777" w:rsidTr="000A3D2C">
        <w:trPr>
          <w:trHeight w:hRule="exact" w:val="255"/>
          <w:tblCellSpacing w:w="0" w:type="dxa"/>
        </w:trPr>
        <w:tc>
          <w:tcPr>
            <w:tcW w:w="5096" w:type="dxa"/>
            <w:gridSpan w:val="3"/>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vAlign w:val="center"/>
          </w:tcPr>
          <w:p w14:paraId="6EB7B8A3" w14:textId="77777777" w:rsidR="00436F00" w:rsidRDefault="00000000">
            <w:pPr>
              <w:spacing w:after="0"/>
            </w:pPr>
            <w:r>
              <w:rPr>
                <w:b/>
                <w:color w:val="1A3A5C"/>
                <w:sz w:val="15"/>
              </w:rPr>
              <w:t>TEL.</w:t>
            </w:r>
          </w:p>
        </w:tc>
        <w:tc>
          <w:tcPr>
            <w:tcW w:w="5110" w:type="dxa"/>
            <w:gridSpan w:val="4"/>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vAlign w:val="center"/>
          </w:tcPr>
          <w:p w14:paraId="193342F2" w14:textId="77777777" w:rsidR="00436F00" w:rsidRDefault="00000000">
            <w:pPr>
              <w:spacing w:after="0"/>
            </w:pPr>
            <w:r>
              <w:rPr>
                <w:b/>
                <w:color w:val="1A3A5C"/>
                <w:sz w:val="15"/>
              </w:rPr>
              <w:t>E-MAIL</w:t>
            </w:r>
          </w:p>
        </w:tc>
      </w:tr>
      <w:tr w:rsidR="00436F00" w14:paraId="6ADAE548" w14:textId="77777777" w:rsidTr="000A3D2C">
        <w:trPr>
          <w:trHeight w:hRule="exact" w:val="311"/>
          <w:tblCellSpacing w:w="0" w:type="dxa"/>
        </w:trPr>
        <w:tc>
          <w:tcPr>
            <w:tcW w:w="5096" w:type="dxa"/>
            <w:gridSpan w:val="3"/>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tcPr>
          <w:p w14:paraId="241D263D" w14:textId="77777777" w:rsidR="00436F00" w:rsidRDefault="00436F00">
            <w:pPr>
              <w:spacing w:after="0"/>
            </w:pPr>
          </w:p>
        </w:tc>
        <w:tc>
          <w:tcPr>
            <w:tcW w:w="5110" w:type="dxa"/>
            <w:gridSpan w:val="4"/>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tcPr>
          <w:p w14:paraId="0D50ABC9" w14:textId="77777777" w:rsidR="00436F00" w:rsidRDefault="00436F00">
            <w:pPr>
              <w:spacing w:after="0"/>
            </w:pPr>
          </w:p>
        </w:tc>
      </w:tr>
      <w:tr w:rsidR="00436F00" w14:paraId="5F37F9E6" w14:textId="77777777" w:rsidTr="000A3D2C">
        <w:trPr>
          <w:trHeight w:hRule="exact" w:val="311"/>
          <w:tblCellSpacing w:w="0" w:type="dxa"/>
        </w:trPr>
        <w:tc>
          <w:tcPr>
            <w:tcW w:w="6793" w:type="dxa"/>
            <w:gridSpan w:val="4"/>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vAlign w:val="center"/>
          </w:tcPr>
          <w:p w14:paraId="6A9ADBE3" w14:textId="77777777" w:rsidR="00436F00" w:rsidRDefault="00000000">
            <w:pPr>
              <w:spacing w:after="0"/>
            </w:pPr>
            <w:r>
              <w:rPr>
                <w:b/>
                <w:color w:val="1A3A5C"/>
                <w:sz w:val="15"/>
              </w:rPr>
              <w:t>LA SEDE LEGALE È OGGETTO DI CERTIFICAZIONE?</w:t>
            </w:r>
          </w:p>
        </w:tc>
        <w:tc>
          <w:tcPr>
            <w:tcW w:w="3413" w:type="dxa"/>
            <w:gridSpan w:val="3"/>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vAlign w:val="center"/>
          </w:tcPr>
          <w:p w14:paraId="51F2807C" w14:textId="14F1161A" w:rsidR="00436F00" w:rsidRDefault="00AC01B3">
            <w:pPr>
              <w:spacing w:after="0"/>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color w:val="1A3A5C"/>
                <w:sz w:val="20"/>
              </w:rPr>
              <w:t xml:space="preserve"> </w:t>
            </w:r>
            <w:r>
              <w:rPr>
                <w:sz w:val="17"/>
              </w:rPr>
              <w:t xml:space="preserve">SÌ   </w:t>
            </w: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color w:val="1A3A5C"/>
                <w:sz w:val="20"/>
              </w:rPr>
              <w:t xml:space="preserve"> </w:t>
            </w:r>
            <w:r>
              <w:rPr>
                <w:sz w:val="17"/>
              </w:rPr>
              <w:t xml:space="preserve">NO   </w:t>
            </w:r>
          </w:p>
        </w:tc>
      </w:tr>
      <w:tr w:rsidR="00436F00" w14:paraId="2D4D089E" w14:textId="77777777" w:rsidTr="000A3D2C">
        <w:trPr>
          <w:trHeight w:hRule="exact" w:val="255"/>
          <w:tblCellSpacing w:w="0" w:type="dxa"/>
        </w:trPr>
        <w:tc>
          <w:tcPr>
            <w:tcW w:w="1700" w:type="dxa"/>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vAlign w:val="center"/>
          </w:tcPr>
          <w:p w14:paraId="017AD921" w14:textId="77777777" w:rsidR="00436F00" w:rsidRDefault="00000000">
            <w:pPr>
              <w:spacing w:after="0"/>
            </w:pPr>
            <w:r>
              <w:rPr>
                <w:b/>
                <w:color w:val="1A3A5C"/>
                <w:sz w:val="15"/>
              </w:rPr>
              <w:t>FATTURATO MEDIO ULTIMI 3 ANNI</w:t>
            </w:r>
          </w:p>
        </w:tc>
        <w:tc>
          <w:tcPr>
            <w:tcW w:w="1698" w:type="dxa"/>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vAlign w:val="center"/>
          </w:tcPr>
          <w:p w14:paraId="60E88208" w14:textId="77777777" w:rsidR="00436F00" w:rsidRDefault="00000000">
            <w:pPr>
              <w:spacing w:after="0"/>
            </w:pPr>
            <w:r>
              <w:rPr>
                <w:b/>
                <w:color w:val="1A3A5C"/>
                <w:sz w:val="15"/>
              </w:rPr>
              <w:t>N° ADDETTI TOTALE</w:t>
            </w:r>
          </w:p>
        </w:tc>
        <w:tc>
          <w:tcPr>
            <w:tcW w:w="1698" w:type="dxa"/>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vAlign w:val="center"/>
          </w:tcPr>
          <w:p w14:paraId="52D14BD7" w14:textId="77777777" w:rsidR="00436F00" w:rsidRDefault="00000000">
            <w:pPr>
              <w:spacing w:after="0"/>
            </w:pPr>
            <w:r>
              <w:rPr>
                <w:b/>
                <w:color w:val="1A3A5C"/>
                <w:sz w:val="15"/>
              </w:rPr>
              <w:t>N° ADDETTI FULL TIME</w:t>
            </w:r>
          </w:p>
        </w:tc>
        <w:tc>
          <w:tcPr>
            <w:tcW w:w="5110" w:type="dxa"/>
            <w:gridSpan w:val="4"/>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vAlign w:val="center"/>
          </w:tcPr>
          <w:p w14:paraId="425761BB" w14:textId="77777777" w:rsidR="00436F00" w:rsidRDefault="00000000">
            <w:pPr>
              <w:spacing w:after="0"/>
            </w:pPr>
            <w:r>
              <w:rPr>
                <w:b/>
                <w:color w:val="1A3A5C"/>
                <w:sz w:val="15"/>
              </w:rPr>
              <w:t>N° ADDETTI PART TIME</w:t>
            </w:r>
          </w:p>
        </w:tc>
      </w:tr>
      <w:tr w:rsidR="00436F00" w14:paraId="3000B2A1" w14:textId="77777777" w:rsidTr="000A3D2C">
        <w:trPr>
          <w:trHeight w:hRule="exact" w:val="311"/>
          <w:tblCellSpacing w:w="0" w:type="dxa"/>
        </w:trPr>
        <w:tc>
          <w:tcPr>
            <w:tcW w:w="1700" w:type="dxa"/>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tcPr>
          <w:p w14:paraId="7F506C63" w14:textId="77777777" w:rsidR="00436F00" w:rsidRDefault="00000000">
            <w:pPr>
              <w:spacing w:after="0"/>
            </w:pPr>
            <w:r>
              <w:rPr>
                <w:sz w:val="17"/>
              </w:rPr>
              <w:t>€ _______________</w:t>
            </w:r>
          </w:p>
        </w:tc>
        <w:tc>
          <w:tcPr>
            <w:tcW w:w="1698" w:type="dxa"/>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tcPr>
          <w:p w14:paraId="4B5B0DBF" w14:textId="77777777" w:rsidR="00436F00" w:rsidRDefault="00436F00">
            <w:pPr>
              <w:spacing w:after="0"/>
            </w:pPr>
          </w:p>
        </w:tc>
        <w:tc>
          <w:tcPr>
            <w:tcW w:w="1698" w:type="dxa"/>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tcPr>
          <w:p w14:paraId="7F2B34EB" w14:textId="77777777" w:rsidR="00436F00" w:rsidRDefault="00436F00">
            <w:pPr>
              <w:spacing w:after="0"/>
            </w:pPr>
          </w:p>
        </w:tc>
        <w:tc>
          <w:tcPr>
            <w:tcW w:w="5110" w:type="dxa"/>
            <w:gridSpan w:val="4"/>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tcPr>
          <w:p w14:paraId="379A2816" w14:textId="77777777" w:rsidR="00436F00" w:rsidRDefault="00436F00">
            <w:pPr>
              <w:spacing w:after="0"/>
            </w:pPr>
          </w:p>
        </w:tc>
      </w:tr>
      <w:tr w:rsidR="00436F00" w14:paraId="63A215BC" w14:textId="77777777" w:rsidTr="000A3D2C">
        <w:trPr>
          <w:trHeight w:hRule="exact" w:val="311"/>
          <w:tblCellSpacing w:w="0" w:type="dxa"/>
        </w:trPr>
        <w:tc>
          <w:tcPr>
            <w:tcW w:w="6793" w:type="dxa"/>
            <w:gridSpan w:val="4"/>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vAlign w:val="center"/>
          </w:tcPr>
          <w:p w14:paraId="25D18DC7" w14:textId="77777777" w:rsidR="00436F00" w:rsidRDefault="00000000">
            <w:pPr>
              <w:spacing w:after="0"/>
            </w:pPr>
            <w:r>
              <w:rPr>
                <w:b/>
                <w:color w:val="1A3A5C"/>
                <w:sz w:val="15"/>
              </w:rPr>
              <w:t>L'ORGANIZZAZIONE OPERA SU PIÙ SITI?</w:t>
            </w:r>
          </w:p>
        </w:tc>
        <w:tc>
          <w:tcPr>
            <w:tcW w:w="3413" w:type="dxa"/>
            <w:gridSpan w:val="3"/>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vAlign w:val="center"/>
          </w:tcPr>
          <w:p w14:paraId="7338C31D" w14:textId="7130D9E7" w:rsidR="00436F00" w:rsidRDefault="00AC01B3">
            <w:pPr>
              <w:spacing w:after="0"/>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color w:val="1A3A5C"/>
                <w:sz w:val="20"/>
              </w:rPr>
              <w:t xml:space="preserve"> </w:t>
            </w:r>
            <w:r>
              <w:rPr>
                <w:sz w:val="17"/>
              </w:rPr>
              <w:t xml:space="preserve">SÌ   </w:t>
            </w: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color w:val="1A3A5C"/>
                <w:sz w:val="20"/>
              </w:rPr>
              <w:t xml:space="preserve"> </w:t>
            </w:r>
            <w:r>
              <w:rPr>
                <w:sz w:val="17"/>
              </w:rPr>
              <w:t xml:space="preserve">NO   </w:t>
            </w:r>
          </w:p>
        </w:tc>
      </w:tr>
      <w:tr w:rsidR="00436F00" w14:paraId="22FC0936" w14:textId="77777777" w:rsidTr="006E4717">
        <w:trPr>
          <w:trHeight w:hRule="exact" w:val="559"/>
          <w:tblCellSpacing w:w="0" w:type="dxa"/>
        </w:trPr>
        <w:tc>
          <w:tcPr>
            <w:tcW w:w="10206" w:type="dxa"/>
            <w:gridSpan w:val="7"/>
            <w:shd w:val="clear" w:color="auto" w:fill="1A6B8A"/>
            <w:tcMar>
              <w:top w:w="50" w:type="dxa"/>
              <w:left w:w="80" w:type="dxa"/>
              <w:bottom w:w="50" w:type="dxa"/>
              <w:right w:w="80" w:type="dxa"/>
            </w:tcMar>
          </w:tcPr>
          <w:p w14:paraId="2531E529" w14:textId="03162B52" w:rsidR="006E4717" w:rsidRPr="000C179C" w:rsidRDefault="00000000">
            <w:pPr>
              <w:spacing w:after="0"/>
              <w:rPr>
                <w:b/>
                <w:color w:val="FFFFFF"/>
                <w:sz w:val="16"/>
              </w:rPr>
            </w:pPr>
            <w:r w:rsidRPr="000C179C">
              <w:rPr>
                <w:b/>
                <w:color w:val="FFFFFF"/>
                <w:sz w:val="16"/>
              </w:rPr>
              <w:t>ELENCO</w:t>
            </w:r>
            <w:r w:rsidR="006E4717" w:rsidRPr="000C179C">
              <w:rPr>
                <w:b/>
                <w:color w:val="FFFFFF"/>
                <w:sz w:val="16"/>
              </w:rPr>
              <w:t xml:space="preserve"> DELLE STRUTTURE GESTITE </w:t>
            </w:r>
          </w:p>
          <w:p w14:paraId="5C28C435" w14:textId="406D8080" w:rsidR="00436F00" w:rsidRPr="000C179C" w:rsidRDefault="006E4717">
            <w:pPr>
              <w:spacing w:after="0"/>
            </w:pPr>
            <w:r w:rsidRPr="000C179C">
              <w:rPr>
                <w:b/>
                <w:i/>
                <w:iCs/>
                <w:color w:val="FFFFFF"/>
                <w:sz w:val="16"/>
              </w:rPr>
              <w:t>N.B. PER OGNI STRUTTURA DA CERTIFICARE è RICHIESTA UNA DOMANDA E UNA VALUTAZIONE AUTONOME</w:t>
            </w:r>
            <w:r w:rsidRPr="000C179C">
              <w:rPr>
                <w:b/>
                <w:color w:val="FFFFFF"/>
                <w:sz w:val="16"/>
              </w:rPr>
              <w:t xml:space="preserve"> </w:t>
            </w:r>
          </w:p>
        </w:tc>
      </w:tr>
      <w:tr w:rsidR="00436F00" w14:paraId="026A4272" w14:textId="77777777" w:rsidTr="000A3D2C">
        <w:trPr>
          <w:trHeight w:hRule="exact" w:val="255"/>
          <w:tblCellSpacing w:w="0" w:type="dxa"/>
        </w:trPr>
        <w:tc>
          <w:tcPr>
            <w:tcW w:w="8490" w:type="dxa"/>
            <w:gridSpan w:val="5"/>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vAlign w:val="center"/>
          </w:tcPr>
          <w:p w14:paraId="39FA1BEF" w14:textId="77777777" w:rsidR="00436F00" w:rsidRDefault="00000000">
            <w:pPr>
              <w:spacing w:after="0"/>
            </w:pPr>
            <w:r>
              <w:rPr>
                <w:b/>
                <w:color w:val="1A3A5C"/>
                <w:sz w:val="15"/>
              </w:rPr>
              <w:t>Indirizzo</w:t>
            </w:r>
            <w:r>
              <w:rPr>
                <w:i/>
                <w:color w:val="888888"/>
                <w:sz w:val="13"/>
              </w:rPr>
              <w:t xml:space="preserve">  (tipologia, indirizzo, Civico, CAP, Comune, Provincia, Stato)</w:t>
            </w:r>
          </w:p>
        </w:tc>
        <w:tc>
          <w:tcPr>
            <w:tcW w:w="1716" w:type="dxa"/>
            <w:gridSpan w:val="2"/>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vAlign w:val="center"/>
          </w:tcPr>
          <w:p w14:paraId="4B0E65F5" w14:textId="77777777" w:rsidR="00436F00" w:rsidRDefault="00000000">
            <w:pPr>
              <w:spacing w:after="0"/>
            </w:pPr>
            <w:r>
              <w:rPr>
                <w:b/>
                <w:color w:val="1A3A5C"/>
                <w:sz w:val="15"/>
              </w:rPr>
              <w:t>N. Addetti Totali</w:t>
            </w:r>
          </w:p>
        </w:tc>
      </w:tr>
      <w:tr w:rsidR="00436F00" w14:paraId="651BDD71" w14:textId="77777777" w:rsidTr="000A3D2C">
        <w:trPr>
          <w:trHeight w:hRule="exact" w:val="311"/>
          <w:tblCellSpacing w:w="0" w:type="dxa"/>
        </w:trPr>
        <w:tc>
          <w:tcPr>
            <w:tcW w:w="8490" w:type="dxa"/>
            <w:gridSpan w:val="5"/>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tcPr>
          <w:p w14:paraId="4183CC1B" w14:textId="77777777" w:rsidR="00436F00" w:rsidRDefault="00436F00">
            <w:pPr>
              <w:spacing w:after="0"/>
            </w:pPr>
          </w:p>
        </w:tc>
        <w:tc>
          <w:tcPr>
            <w:tcW w:w="1716" w:type="dxa"/>
            <w:gridSpan w:val="2"/>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tcPr>
          <w:p w14:paraId="783A0698" w14:textId="77777777" w:rsidR="00436F00" w:rsidRDefault="00436F00">
            <w:pPr>
              <w:spacing w:after="0"/>
            </w:pPr>
          </w:p>
        </w:tc>
      </w:tr>
      <w:tr w:rsidR="00436F00" w14:paraId="4E5B8FDD" w14:textId="77777777" w:rsidTr="000A3D2C">
        <w:trPr>
          <w:trHeight w:hRule="exact" w:val="311"/>
          <w:tblCellSpacing w:w="0" w:type="dxa"/>
        </w:trPr>
        <w:tc>
          <w:tcPr>
            <w:tcW w:w="8490" w:type="dxa"/>
            <w:gridSpan w:val="5"/>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tcPr>
          <w:p w14:paraId="790B2B5D" w14:textId="77777777" w:rsidR="00436F00" w:rsidRDefault="00436F00">
            <w:pPr>
              <w:spacing w:after="0"/>
            </w:pPr>
          </w:p>
        </w:tc>
        <w:tc>
          <w:tcPr>
            <w:tcW w:w="1716" w:type="dxa"/>
            <w:gridSpan w:val="2"/>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tcPr>
          <w:p w14:paraId="3C8B7D88" w14:textId="77777777" w:rsidR="00436F00" w:rsidRDefault="00436F00">
            <w:pPr>
              <w:spacing w:after="0"/>
            </w:pPr>
          </w:p>
        </w:tc>
      </w:tr>
      <w:tr w:rsidR="00436F00" w14:paraId="492071AE" w14:textId="77777777" w:rsidTr="000A3D2C">
        <w:trPr>
          <w:trHeight w:hRule="exact" w:val="311"/>
          <w:tblCellSpacing w:w="0" w:type="dxa"/>
        </w:trPr>
        <w:tc>
          <w:tcPr>
            <w:tcW w:w="8490" w:type="dxa"/>
            <w:gridSpan w:val="5"/>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tcPr>
          <w:p w14:paraId="29AAF9BD" w14:textId="77777777" w:rsidR="00436F00" w:rsidRDefault="00436F00">
            <w:pPr>
              <w:spacing w:after="0"/>
            </w:pPr>
          </w:p>
        </w:tc>
        <w:tc>
          <w:tcPr>
            <w:tcW w:w="1716" w:type="dxa"/>
            <w:gridSpan w:val="2"/>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tcPr>
          <w:p w14:paraId="1F3B8315" w14:textId="77777777" w:rsidR="00436F00" w:rsidRDefault="00436F00">
            <w:pPr>
              <w:spacing w:after="0"/>
            </w:pPr>
          </w:p>
        </w:tc>
      </w:tr>
      <w:tr w:rsidR="00436F00" w14:paraId="723C92BE" w14:textId="77777777" w:rsidTr="000A3D2C">
        <w:trPr>
          <w:trHeight w:hRule="exact" w:val="311"/>
          <w:tblCellSpacing w:w="0" w:type="dxa"/>
        </w:trPr>
        <w:tc>
          <w:tcPr>
            <w:tcW w:w="3398" w:type="dxa"/>
            <w:gridSpan w:val="2"/>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vAlign w:val="center"/>
          </w:tcPr>
          <w:p w14:paraId="05021C3C" w14:textId="77777777" w:rsidR="00436F00" w:rsidRDefault="00000000">
            <w:pPr>
              <w:spacing w:after="0"/>
            </w:pPr>
            <w:r>
              <w:rPr>
                <w:b/>
                <w:color w:val="1A3A5C"/>
                <w:sz w:val="15"/>
              </w:rPr>
              <w:t>L'AZIENDA POSSIEDE CERTIFICAZIONI?</w:t>
            </w:r>
          </w:p>
        </w:tc>
        <w:tc>
          <w:tcPr>
            <w:tcW w:w="1698" w:type="dxa"/>
            <w:tcBorders>
              <w:top w:val="none" w:sz="0" w:space="0" w:color="FFFFFF"/>
              <w:left w:val="none" w:sz="0" w:space="0" w:color="FFFFFF"/>
              <w:bottom w:val="single" w:sz="4" w:space="0" w:color="CBD8E4"/>
              <w:right w:val="single" w:sz="4" w:space="0" w:color="CBD8E4"/>
            </w:tcBorders>
            <w:shd w:val="clear" w:color="auto" w:fill="FFFFFF"/>
            <w:tcMar>
              <w:top w:w="50" w:type="dxa"/>
              <w:left w:w="80" w:type="dxa"/>
              <w:bottom w:w="50" w:type="dxa"/>
              <w:right w:w="80" w:type="dxa"/>
            </w:tcMar>
            <w:vAlign w:val="center"/>
          </w:tcPr>
          <w:p w14:paraId="3D01E2D1" w14:textId="6A1A47A6" w:rsidR="00436F00" w:rsidRDefault="00AC01B3">
            <w:pPr>
              <w:spacing w:after="0"/>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color w:val="1A3A5C"/>
                <w:sz w:val="20"/>
              </w:rPr>
              <w:t xml:space="preserve"> </w:t>
            </w:r>
            <w:r>
              <w:rPr>
                <w:sz w:val="17"/>
              </w:rPr>
              <w:t xml:space="preserve">SÌ   </w:t>
            </w: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color w:val="1A3A5C"/>
                <w:sz w:val="20"/>
              </w:rPr>
              <w:t xml:space="preserve"> </w:t>
            </w:r>
            <w:r>
              <w:rPr>
                <w:sz w:val="17"/>
              </w:rPr>
              <w:t xml:space="preserve">NO   </w:t>
            </w:r>
          </w:p>
        </w:tc>
        <w:tc>
          <w:tcPr>
            <w:tcW w:w="5110" w:type="dxa"/>
            <w:gridSpan w:val="4"/>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tcPr>
          <w:p w14:paraId="0C674E89" w14:textId="77777777" w:rsidR="00436F00" w:rsidRDefault="00000000">
            <w:pPr>
              <w:spacing w:after="0"/>
            </w:pPr>
            <w:r>
              <w:rPr>
                <w:i/>
                <w:color w:val="888888"/>
                <w:sz w:val="15"/>
              </w:rPr>
              <w:t>Se SÌ, allegare copia del/i Certificato/i</w:t>
            </w:r>
          </w:p>
        </w:tc>
      </w:tr>
      <w:tr w:rsidR="00436F00" w14:paraId="751F604D" w14:textId="77777777">
        <w:trPr>
          <w:trHeight w:hRule="exact" w:val="368"/>
          <w:tblCellSpacing w:w="0" w:type="dxa"/>
        </w:trPr>
        <w:tc>
          <w:tcPr>
            <w:tcW w:w="10206" w:type="dxa"/>
            <w:gridSpan w:val="7"/>
            <w:tcBorders>
              <w:top w:val="none" w:sz="0" w:space="0" w:color="FFFFFF"/>
              <w:left w:val="none" w:sz="0" w:space="0" w:color="FFFFFF"/>
              <w:bottom w:val="single" w:sz="4" w:space="0" w:color="CBD8E4"/>
              <w:right w:val="single" w:sz="4" w:space="0" w:color="CBD8E4"/>
            </w:tcBorders>
            <w:shd w:val="clear" w:color="auto" w:fill="F4F7FA"/>
            <w:tcMar>
              <w:top w:w="50" w:type="dxa"/>
              <w:left w:w="80" w:type="dxa"/>
              <w:bottom w:w="50" w:type="dxa"/>
              <w:right w:w="80" w:type="dxa"/>
            </w:tcMar>
          </w:tcPr>
          <w:p w14:paraId="18D66CFA" w14:textId="77777777" w:rsidR="00436F00" w:rsidRDefault="00000000">
            <w:pPr>
              <w:spacing w:after="0"/>
            </w:pPr>
            <w:r>
              <w:rPr>
                <w:b/>
                <w:color w:val="1A3A5C"/>
                <w:sz w:val="15"/>
              </w:rPr>
              <w:t>NOMINATIVO CONSULENTE O SOCIETÀ DI CONSULENZA</w:t>
            </w:r>
            <w:r>
              <w:rPr>
                <w:i/>
                <w:color w:val="888888"/>
                <w:sz w:val="13"/>
              </w:rPr>
              <w:t xml:space="preserve">  (nel caso in cui non sia specificato si riterrà interno all'azienda)</w:t>
            </w:r>
          </w:p>
        </w:tc>
      </w:tr>
    </w:tbl>
    <w:p w14:paraId="4FBE4DA0" w14:textId="77777777" w:rsidR="00436F00" w:rsidRDefault="00000000">
      <w:r>
        <w:br w:type="page"/>
      </w:r>
    </w:p>
    <w:tbl>
      <w:tblPr>
        <w:tblW w:w="0" w:type="auto"/>
        <w:tblCellSpacing w:w="0" w:type="dxa"/>
        <w:tblLook w:val="04A0" w:firstRow="1" w:lastRow="0" w:firstColumn="1" w:lastColumn="0" w:noHBand="0" w:noVBand="1"/>
      </w:tblPr>
      <w:tblGrid>
        <w:gridCol w:w="10206"/>
      </w:tblGrid>
      <w:tr w:rsidR="00436F00" w14:paraId="00864A9C" w14:textId="77777777">
        <w:trPr>
          <w:trHeight w:hRule="exact" w:val="311"/>
          <w:tblCellSpacing w:w="0" w:type="dxa"/>
        </w:trPr>
        <w:tc>
          <w:tcPr>
            <w:tcW w:w="10206" w:type="dxa"/>
            <w:shd w:val="clear" w:color="auto" w:fill="1A6B8A"/>
            <w:tcMar>
              <w:top w:w="60" w:type="dxa"/>
              <w:left w:w="100" w:type="dxa"/>
              <w:bottom w:w="60" w:type="dxa"/>
              <w:right w:w="100" w:type="dxa"/>
            </w:tcMar>
          </w:tcPr>
          <w:p w14:paraId="52B4E371" w14:textId="77777777" w:rsidR="00436F00" w:rsidRDefault="00000000">
            <w:pPr>
              <w:spacing w:after="0"/>
            </w:pPr>
            <w:r>
              <w:rPr>
                <w:b/>
                <w:color w:val="FFFFFF"/>
              </w:rPr>
              <w:lastRenderedPageBreak/>
              <w:t>INFORMAZIONI SULL'ORGANIZZAZIONE</w:t>
            </w:r>
          </w:p>
        </w:tc>
      </w:tr>
    </w:tbl>
    <w:p w14:paraId="3AE8ED02" w14:textId="77777777" w:rsidR="00436F00" w:rsidRDefault="00436F00">
      <w:pPr>
        <w:spacing w:after="0"/>
      </w:pPr>
    </w:p>
    <w:tbl>
      <w:tblPr>
        <w:tblW w:w="0" w:type="auto"/>
        <w:tblCellSpacing w:w="0" w:type="dxa"/>
        <w:tblLook w:val="04A0" w:firstRow="1" w:lastRow="0" w:firstColumn="1" w:lastColumn="0" w:noHBand="0" w:noVBand="1"/>
      </w:tblPr>
      <w:tblGrid>
        <w:gridCol w:w="10176"/>
      </w:tblGrid>
      <w:tr w:rsidR="00436F00" w14:paraId="6B437383" w14:textId="77777777">
        <w:trPr>
          <w:tblCellSpacing w:w="0" w:type="dxa"/>
        </w:trPr>
        <w:tc>
          <w:tcPr>
            <w:tcW w:w="10206" w:type="dxa"/>
            <w:tcBorders>
              <w:top w:val="none" w:sz="0" w:space="0" w:color="FFFFFF"/>
              <w:left w:val="single" w:sz="24" w:space="0" w:color="1A6B8A"/>
              <w:bottom w:val="none" w:sz="0" w:space="0" w:color="FFFFFF"/>
              <w:right w:val="none" w:sz="0" w:space="0" w:color="FFFFFF"/>
            </w:tcBorders>
            <w:shd w:val="clear" w:color="auto" w:fill="F4F7FA"/>
            <w:tcMar>
              <w:top w:w="70" w:type="dxa"/>
              <w:left w:w="110" w:type="dxa"/>
              <w:bottom w:w="70" w:type="dxa"/>
              <w:right w:w="100" w:type="dxa"/>
            </w:tcMar>
          </w:tcPr>
          <w:p w14:paraId="11D5BCDF" w14:textId="1789BC1E" w:rsidR="000A3D2C" w:rsidRPr="00427D02" w:rsidRDefault="006E4717" w:rsidP="006E4717">
            <w:pPr>
              <w:spacing w:after="40"/>
              <w:rPr>
                <w:bCs/>
                <w:sz w:val="17"/>
              </w:rPr>
            </w:pPr>
            <w:r w:rsidRPr="00427D02">
              <w:rPr>
                <w:bCs/>
                <w:sz w:val="17"/>
              </w:rPr>
              <w:t>1.</w:t>
            </w:r>
            <w:r w:rsidRPr="000C179C">
              <w:rPr>
                <w:b/>
                <w:sz w:val="17"/>
              </w:rPr>
              <w:t xml:space="preserve">  </w:t>
            </w:r>
            <w:r w:rsidRPr="00427D02">
              <w:rPr>
                <w:bCs/>
                <w:sz w:val="17"/>
              </w:rPr>
              <w:t xml:space="preserve">Indicare </w:t>
            </w:r>
            <w:r w:rsidR="000A3D2C" w:rsidRPr="00427D02">
              <w:rPr>
                <w:bCs/>
                <w:sz w:val="17"/>
              </w:rPr>
              <w:t>tipologia dell’area nella quale è ubicata</w:t>
            </w:r>
            <w:r w:rsidRPr="00427D02">
              <w:rPr>
                <w:bCs/>
                <w:sz w:val="17"/>
              </w:rPr>
              <w:t xml:space="preserve"> la struttura</w:t>
            </w:r>
            <w:r w:rsidR="000A3D2C" w:rsidRPr="00427D02">
              <w:rPr>
                <w:bCs/>
                <w:sz w:val="17"/>
              </w:rPr>
              <w:t>:</w:t>
            </w:r>
            <w:r w:rsidRPr="00427D02">
              <w:rPr>
                <w:bCs/>
                <w:sz w:val="17"/>
              </w:rPr>
              <w:t xml:space="preserve">   </w:t>
            </w:r>
          </w:p>
          <w:p w14:paraId="64C005C5" w14:textId="77777777" w:rsidR="000A3D2C" w:rsidRPr="00427D02" w:rsidRDefault="006E4717" w:rsidP="006E4717">
            <w:pPr>
              <w:spacing w:after="40"/>
              <w:rPr>
                <w:bCs/>
                <w:sz w:val="17"/>
              </w:rPr>
            </w:pPr>
            <w:r w:rsidRPr="00427D02">
              <w:rPr>
                <w:bCs/>
                <w:sz w:val="17"/>
              </w:rPr>
              <w:t xml:space="preserve"> </w:t>
            </w:r>
            <w:r w:rsidRPr="00427D02">
              <w:rPr>
                <w:rFonts w:cs="Calibri"/>
                <w:bCs/>
                <w:sz w:val="4"/>
                <w:szCs w:val="4"/>
                <w:lang w:eastAsia="it-IT"/>
              </w:rPr>
              <w:fldChar w:fldCharType="begin">
                <w:ffData>
                  <w:name w:val="Check4"/>
                  <w:enabled/>
                  <w:calcOnExit w:val="0"/>
                  <w:checkBox>
                    <w:size w:val="14"/>
                    <w:default w:val="0"/>
                  </w:checkBox>
                </w:ffData>
              </w:fldChar>
            </w:r>
            <w:r w:rsidRPr="00427D02">
              <w:rPr>
                <w:rFonts w:cs="Calibri"/>
                <w:bCs/>
                <w:sz w:val="4"/>
                <w:szCs w:val="4"/>
                <w:lang w:eastAsia="it-IT"/>
              </w:rPr>
              <w:instrText xml:space="preserve"> FORMCHECKBOX </w:instrText>
            </w:r>
            <w:r w:rsidRPr="00427D02">
              <w:rPr>
                <w:rFonts w:cs="Calibri"/>
                <w:bCs/>
                <w:sz w:val="4"/>
                <w:szCs w:val="4"/>
                <w:lang w:eastAsia="it-IT"/>
              </w:rPr>
            </w:r>
            <w:r w:rsidRPr="00427D02">
              <w:rPr>
                <w:rFonts w:cs="Calibri"/>
                <w:bCs/>
                <w:sz w:val="4"/>
                <w:szCs w:val="4"/>
                <w:lang w:eastAsia="it-IT"/>
              </w:rPr>
              <w:fldChar w:fldCharType="separate"/>
            </w:r>
            <w:r w:rsidRPr="00427D02">
              <w:rPr>
                <w:rFonts w:cs="Calibri"/>
                <w:bCs/>
                <w:sz w:val="4"/>
                <w:szCs w:val="4"/>
                <w:lang w:eastAsia="it-IT"/>
              </w:rPr>
              <w:fldChar w:fldCharType="end"/>
            </w:r>
            <w:r w:rsidRPr="00427D02">
              <w:rPr>
                <w:rFonts w:cs="Calibri"/>
                <w:bCs/>
                <w:sz w:val="4"/>
                <w:szCs w:val="4"/>
                <w:lang w:eastAsia="it-IT"/>
              </w:rPr>
              <w:t xml:space="preserve">    </w:t>
            </w:r>
            <w:r w:rsidRPr="00427D02">
              <w:rPr>
                <w:bCs/>
                <w:color w:val="1A3A5C"/>
                <w:sz w:val="20"/>
              </w:rPr>
              <w:t xml:space="preserve"> </w:t>
            </w:r>
            <w:r w:rsidRPr="00427D02">
              <w:rPr>
                <w:bCs/>
                <w:sz w:val="17"/>
              </w:rPr>
              <w:t xml:space="preserve">demanio marittimo  </w:t>
            </w:r>
          </w:p>
          <w:p w14:paraId="486D0993" w14:textId="77777777" w:rsidR="000A3D2C" w:rsidRPr="00427D02" w:rsidRDefault="000A3D2C" w:rsidP="006E4717">
            <w:pPr>
              <w:spacing w:after="40"/>
              <w:rPr>
                <w:bCs/>
                <w:sz w:val="17"/>
              </w:rPr>
            </w:pPr>
            <w:r w:rsidRPr="00427D02">
              <w:rPr>
                <w:rFonts w:cs="Calibri"/>
                <w:bCs/>
                <w:sz w:val="17"/>
                <w:szCs w:val="4"/>
                <w:lang w:eastAsia="it-IT"/>
              </w:rPr>
              <w:t xml:space="preserve"> </w:t>
            </w:r>
            <w:r w:rsidR="006E4717" w:rsidRPr="00427D02">
              <w:rPr>
                <w:rFonts w:cs="Calibri"/>
                <w:bCs/>
                <w:sz w:val="4"/>
                <w:szCs w:val="4"/>
                <w:lang w:eastAsia="it-IT"/>
              </w:rPr>
              <w:fldChar w:fldCharType="begin">
                <w:ffData>
                  <w:name w:val="Check4"/>
                  <w:enabled/>
                  <w:calcOnExit w:val="0"/>
                  <w:checkBox>
                    <w:size w:val="14"/>
                    <w:default w:val="0"/>
                  </w:checkBox>
                </w:ffData>
              </w:fldChar>
            </w:r>
            <w:r w:rsidR="006E4717" w:rsidRPr="00427D02">
              <w:rPr>
                <w:rFonts w:cs="Calibri"/>
                <w:bCs/>
                <w:sz w:val="4"/>
                <w:szCs w:val="4"/>
                <w:lang w:eastAsia="it-IT"/>
              </w:rPr>
              <w:instrText xml:space="preserve"> FORMCHECKBOX </w:instrText>
            </w:r>
            <w:r w:rsidR="006E4717" w:rsidRPr="00427D02">
              <w:rPr>
                <w:rFonts w:cs="Calibri"/>
                <w:bCs/>
                <w:sz w:val="4"/>
                <w:szCs w:val="4"/>
                <w:lang w:eastAsia="it-IT"/>
              </w:rPr>
            </w:r>
            <w:r w:rsidR="006E4717" w:rsidRPr="00427D02">
              <w:rPr>
                <w:rFonts w:cs="Calibri"/>
                <w:bCs/>
                <w:sz w:val="4"/>
                <w:szCs w:val="4"/>
                <w:lang w:eastAsia="it-IT"/>
              </w:rPr>
              <w:fldChar w:fldCharType="separate"/>
            </w:r>
            <w:r w:rsidR="006E4717" w:rsidRPr="00427D02">
              <w:rPr>
                <w:rFonts w:cs="Calibri"/>
                <w:bCs/>
                <w:sz w:val="4"/>
                <w:szCs w:val="4"/>
                <w:lang w:eastAsia="it-IT"/>
              </w:rPr>
              <w:fldChar w:fldCharType="end"/>
            </w:r>
            <w:r w:rsidR="006E4717" w:rsidRPr="00427D02">
              <w:rPr>
                <w:rFonts w:cs="Calibri"/>
                <w:bCs/>
                <w:sz w:val="4"/>
                <w:szCs w:val="4"/>
                <w:lang w:eastAsia="it-IT"/>
              </w:rPr>
              <w:t xml:space="preserve">    </w:t>
            </w:r>
            <w:r w:rsidR="006E4717" w:rsidRPr="00427D02">
              <w:rPr>
                <w:bCs/>
                <w:color w:val="1A3A5C"/>
                <w:sz w:val="20"/>
              </w:rPr>
              <w:t xml:space="preserve"> </w:t>
            </w:r>
            <w:r w:rsidR="006E4717" w:rsidRPr="00427D02">
              <w:rPr>
                <w:bCs/>
                <w:sz w:val="17"/>
              </w:rPr>
              <w:t xml:space="preserve">demanio lacuale  </w:t>
            </w:r>
          </w:p>
          <w:p w14:paraId="123FA78D" w14:textId="77777777" w:rsidR="000A3D2C" w:rsidRPr="00427D02" w:rsidRDefault="006E4717" w:rsidP="006E4717">
            <w:pPr>
              <w:spacing w:after="40"/>
              <w:rPr>
                <w:bCs/>
                <w:sz w:val="17"/>
              </w:rPr>
            </w:pPr>
            <w:r w:rsidRPr="00427D02">
              <w:rPr>
                <w:bCs/>
                <w:sz w:val="17"/>
              </w:rPr>
              <w:t xml:space="preserve"> </w:t>
            </w:r>
            <w:r w:rsidRPr="00427D02">
              <w:rPr>
                <w:rFonts w:cs="Calibri"/>
                <w:bCs/>
                <w:sz w:val="4"/>
                <w:szCs w:val="4"/>
                <w:lang w:eastAsia="it-IT"/>
              </w:rPr>
              <w:fldChar w:fldCharType="begin">
                <w:ffData>
                  <w:name w:val="Check4"/>
                  <w:enabled/>
                  <w:calcOnExit w:val="0"/>
                  <w:checkBox>
                    <w:size w:val="14"/>
                    <w:default w:val="0"/>
                  </w:checkBox>
                </w:ffData>
              </w:fldChar>
            </w:r>
            <w:r w:rsidRPr="00427D02">
              <w:rPr>
                <w:rFonts w:cs="Calibri"/>
                <w:bCs/>
                <w:sz w:val="4"/>
                <w:szCs w:val="4"/>
                <w:lang w:eastAsia="it-IT"/>
              </w:rPr>
              <w:instrText xml:space="preserve"> FORMCHECKBOX </w:instrText>
            </w:r>
            <w:r w:rsidRPr="00427D02">
              <w:rPr>
                <w:rFonts w:cs="Calibri"/>
                <w:bCs/>
                <w:sz w:val="4"/>
                <w:szCs w:val="4"/>
                <w:lang w:eastAsia="it-IT"/>
              </w:rPr>
            </w:r>
            <w:r w:rsidRPr="00427D02">
              <w:rPr>
                <w:rFonts w:cs="Calibri"/>
                <w:bCs/>
                <w:sz w:val="4"/>
                <w:szCs w:val="4"/>
                <w:lang w:eastAsia="it-IT"/>
              </w:rPr>
              <w:fldChar w:fldCharType="separate"/>
            </w:r>
            <w:r w:rsidRPr="00427D02">
              <w:rPr>
                <w:rFonts w:cs="Calibri"/>
                <w:bCs/>
                <w:sz w:val="4"/>
                <w:szCs w:val="4"/>
                <w:lang w:eastAsia="it-IT"/>
              </w:rPr>
              <w:fldChar w:fldCharType="end"/>
            </w:r>
            <w:r w:rsidRPr="00427D02">
              <w:rPr>
                <w:rFonts w:cs="Calibri"/>
                <w:bCs/>
                <w:sz w:val="4"/>
                <w:szCs w:val="4"/>
                <w:lang w:eastAsia="it-IT"/>
              </w:rPr>
              <w:t xml:space="preserve">    </w:t>
            </w:r>
            <w:r w:rsidRPr="00427D02">
              <w:rPr>
                <w:bCs/>
                <w:color w:val="1A3A5C"/>
                <w:sz w:val="20"/>
              </w:rPr>
              <w:t xml:space="preserve"> </w:t>
            </w:r>
            <w:r w:rsidRPr="00427D02">
              <w:rPr>
                <w:bCs/>
                <w:sz w:val="17"/>
              </w:rPr>
              <w:t>demanio fluviale</w:t>
            </w:r>
          </w:p>
          <w:p w14:paraId="4C6307E2" w14:textId="70C4CD60" w:rsidR="006E4717" w:rsidRPr="00427D02" w:rsidRDefault="006E4717" w:rsidP="006E4717">
            <w:pPr>
              <w:spacing w:after="40"/>
              <w:rPr>
                <w:bCs/>
                <w:sz w:val="17"/>
              </w:rPr>
            </w:pPr>
            <w:r w:rsidRPr="00427D02">
              <w:rPr>
                <w:bCs/>
                <w:sz w:val="17"/>
              </w:rPr>
              <w:t xml:space="preserve"> </w:t>
            </w:r>
            <w:r w:rsidRPr="00427D02">
              <w:rPr>
                <w:rFonts w:cs="Calibri"/>
                <w:bCs/>
                <w:sz w:val="4"/>
                <w:szCs w:val="4"/>
                <w:lang w:eastAsia="it-IT"/>
              </w:rPr>
              <w:fldChar w:fldCharType="begin">
                <w:ffData>
                  <w:name w:val="Check4"/>
                  <w:enabled/>
                  <w:calcOnExit w:val="0"/>
                  <w:checkBox>
                    <w:size w:val="14"/>
                    <w:default w:val="0"/>
                  </w:checkBox>
                </w:ffData>
              </w:fldChar>
            </w:r>
            <w:r w:rsidRPr="00427D02">
              <w:rPr>
                <w:rFonts w:cs="Calibri"/>
                <w:bCs/>
                <w:sz w:val="4"/>
                <w:szCs w:val="4"/>
                <w:lang w:eastAsia="it-IT"/>
              </w:rPr>
              <w:instrText xml:space="preserve"> FORMCHECKBOX </w:instrText>
            </w:r>
            <w:r w:rsidRPr="00427D02">
              <w:rPr>
                <w:rFonts w:cs="Calibri"/>
                <w:bCs/>
                <w:sz w:val="4"/>
                <w:szCs w:val="4"/>
                <w:lang w:eastAsia="it-IT"/>
              </w:rPr>
            </w:r>
            <w:r w:rsidRPr="00427D02">
              <w:rPr>
                <w:rFonts w:cs="Calibri"/>
                <w:bCs/>
                <w:sz w:val="4"/>
                <w:szCs w:val="4"/>
                <w:lang w:eastAsia="it-IT"/>
              </w:rPr>
              <w:fldChar w:fldCharType="separate"/>
            </w:r>
            <w:r w:rsidRPr="00427D02">
              <w:rPr>
                <w:rFonts w:cs="Calibri"/>
                <w:bCs/>
                <w:sz w:val="4"/>
                <w:szCs w:val="4"/>
                <w:lang w:eastAsia="it-IT"/>
              </w:rPr>
              <w:fldChar w:fldCharType="end"/>
            </w:r>
            <w:r w:rsidRPr="00427D02">
              <w:rPr>
                <w:rFonts w:cs="Calibri"/>
                <w:bCs/>
                <w:sz w:val="4"/>
                <w:szCs w:val="4"/>
                <w:lang w:eastAsia="it-IT"/>
              </w:rPr>
              <w:t xml:space="preserve">    </w:t>
            </w:r>
            <w:r w:rsidRPr="00427D02">
              <w:rPr>
                <w:bCs/>
                <w:color w:val="1A3A5C"/>
                <w:sz w:val="20"/>
              </w:rPr>
              <w:t xml:space="preserve"> </w:t>
            </w:r>
            <w:r w:rsidRPr="00427D02">
              <w:rPr>
                <w:bCs/>
                <w:sz w:val="17"/>
              </w:rPr>
              <w:t>altra area nella quale è consentita la balneazione.</w:t>
            </w:r>
            <w:r w:rsidR="000A3D2C" w:rsidRPr="00427D02">
              <w:rPr>
                <w:bCs/>
                <w:sz w:val="17"/>
              </w:rPr>
              <w:t xml:space="preserve"> Specificare unicazione/indirizzo struttura:_______________________</w:t>
            </w:r>
          </w:p>
          <w:p w14:paraId="3ADF823E" w14:textId="37AFC1C0" w:rsidR="006E4717" w:rsidRPr="00427D02" w:rsidRDefault="000A3D2C">
            <w:pPr>
              <w:spacing w:after="40"/>
              <w:rPr>
                <w:bCs/>
                <w:sz w:val="17"/>
                <w:szCs w:val="17"/>
              </w:rPr>
            </w:pPr>
            <w:r w:rsidRPr="00427D02">
              <w:rPr>
                <w:bCs/>
                <w:sz w:val="17"/>
                <w:szCs w:val="17"/>
              </w:rPr>
              <w:t>Ove previsto, indicare la natura, l’intestatario, gli estremi e la scadenza del titolo concessorio, autorizzativo o gestionale applicabile:</w:t>
            </w:r>
          </w:p>
          <w:p w14:paraId="3185BC2B" w14:textId="732B0E1B" w:rsidR="000A3D2C" w:rsidRPr="00427D02" w:rsidRDefault="000A3D2C">
            <w:pPr>
              <w:spacing w:after="40"/>
              <w:rPr>
                <w:bCs/>
              </w:rPr>
            </w:pPr>
            <w:r w:rsidRPr="00427D02">
              <w:rPr>
                <w:bCs/>
                <w:szCs w:val="17"/>
              </w:rPr>
              <w:t>____________________________</w:t>
            </w:r>
          </w:p>
          <w:p w14:paraId="14D93142" w14:textId="266984AC" w:rsidR="006E4717" w:rsidRDefault="006E4717">
            <w:pPr>
              <w:spacing w:after="40"/>
            </w:pPr>
          </w:p>
        </w:tc>
      </w:tr>
    </w:tbl>
    <w:p w14:paraId="15B34DD2" w14:textId="77777777" w:rsidR="00436F00" w:rsidRDefault="00436F00">
      <w:pPr>
        <w:spacing w:after="0"/>
      </w:pPr>
    </w:p>
    <w:tbl>
      <w:tblPr>
        <w:tblW w:w="0" w:type="auto"/>
        <w:tblCellSpacing w:w="0" w:type="dxa"/>
        <w:tblLook w:val="04A0" w:firstRow="1" w:lastRow="0" w:firstColumn="1" w:lastColumn="0" w:noHBand="0" w:noVBand="1"/>
      </w:tblPr>
      <w:tblGrid>
        <w:gridCol w:w="10176"/>
      </w:tblGrid>
      <w:tr w:rsidR="00436F00" w14:paraId="1AD38076" w14:textId="77777777">
        <w:trPr>
          <w:tblCellSpacing w:w="0" w:type="dxa"/>
        </w:trPr>
        <w:tc>
          <w:tcPr>
            <w:tcW w:w="10206" w:type="dxa"/>
            <w:tcBorders>
              <w:top w:val="none" w:sz="0" w:space="0" w:color="FFFFFF"/>
              <w:left w:val="single" w:sz="24" w:space="0" w:color="F0A500"/>
              <w:bottom w:val="none" w:sz="0" w:space="0" w:color="FFFFFF"/>
              <w:right w:val="none" w:sz="0" w:space="0" w:color="FFFFFF"/>
            </w:tcBorders>
            <w:shd w:val="clear" w:color="auto" w:fill="F4F7FA"/>
            <w:tcMar>
              <w:top w:w="70" w:type="dxa"/>
              <w:left w:w="110" w:type="dxa"/>
              <w:bottom w:w="70" w:type="dxa"/>
              <w:right w:w="100" w:type="dxa"/>
            </w:tcMar>
          </w:tcPr>
          <w:p w14:paraId="7E79A379" w14:textId="77777777" w:rsidR="00F532E6" w:rsidRPr="00427D02" w:rsidRDefault="00F532E6" w:rsidP="00F532E6">
            <w:pPr>
              <w:spacing w:after="40"/>
              <w:rPr>
                <w:bCs/>
                <w:sz w:val="17"/>
              </w:rPr>
            </w:pPr>
            <w:r w:rsidRPr="00427D02">
              <w:rPr>
                <w:bCs/>
                <w:sz w:val="17"/>
              </w:rPr>
              <w:t xml:space="preserve">2.  L’Organizzazione affida a terzi, in tutto o in parte, servizi compresi nel campo di certificazione? </w:t>
            </w:r>
            <w:r w:rsidRPr="00427D02">
              <w:rPr>
                <w:rFonts w:cs="Calibri"/>
                <w:bCs/>
                <w:sz w:val="4"/>
                <w:szCs w:val="4"/>
                <w:lang w:eastAsia="it-IT"/>
              </w:rPr>
              <w:fldChar w:fldCharType="begin">
                <w:ffData>
                  <w:name w:val="Check4"/>
                  <w:enabled/>
                  <w:calcOnExit w:val="0"/>
                  <w:checkBox>
                    <w:size w:val="14"/>
                    <w:default w:val="0"/>
                  </w:checkBox>
                </w:ffData>
              </w:fldChar>
            </w:r>
            <w:r w:rsidRPr="00427D02">
              <w:rPr>
                <w:rFonts w:cs="Calibri"/>
                <w:bCs/>
                <w:sz w:val="4"/>
                <w:szCs w:val="4"/>
                <w:lang w:eastAsia="it-IT"/>
              </w:rPr>
              <w:instrText xml:space="preserve"> FORMCHECKBOX </w:instrText>
            </w:r>
            <w:r w:rsidRPr="00427D02">
              <w:rPr>
                <w:rFonts w:cs="Calibri"/>
                <w:bCs/>
                <w:sz w:val="4"/>
                <w:szCs w:val="4"/>
                <w:lang w:eastAsia="it-IT"/>
              </w:rPr>
            </w:r>
            <w:r w:rsidRPr="00427D02">
              <w:rPr>
                <w:rFonts w:cs="Calibri"/>
                <w:bCs/>
                <w:sz w:val="4"/>
                <w:szCs w:val="4"/>
                <w:lang w:eastAsia="it-IT"/>
              </w:rPr>
              <w:fldChar w:fldCharType="separate"/>
            </w:r>
            <w:r w:rsidRPr="00427D02">
              <w:rPr>
                <w:rFonts w:cs="Calibri"/>
                <w:bCs/>
                <w:sz w:val="4"/>
                <w:szCs w:val="4"/>
                <w:lang w:eastAsia="it-IT"/>
              </w:rPr>
              <w:fldChar w:fldCharType="end"/>
            </w:r>
            <w:r w:rsidRPr="00427D02">
              <w:rPr>
                <w:rFonts w:cs="Calibri"/>
                <w:bCs/>
                <w:sz w:val="4"/>
                <w:szCs w:val="4"/>
                <w:lang w:eastAsia="it-IT"/>
              </w:rPr>
              <w:t xml:space="preserve">    </w:t>
            </w:r>
            <w:r w:rsidRPr="00427D02">
              <w:rPr>
                <w:bCs/>
                <w:color w:val="1A3A5C"/>
                <w:sz w:val="20"/>
              </w:rPr>
              <w:t xml:space="preserve"> </w:t>
            </w:r>
            <w:r w:rsidRPr="00427D02">
              <w:rPr>
                <w:bCs/>
                <w:sz w:val="17"/>
              </w:rPr>
              <w:t xml:space="preserve">sì   </w:t>
            </w:r>
            <w:r w:rsidRPr="00427D02">
              <w:rPr>
                <w:rFonts w:cs="Calibri"/>
                <w:bCs/>
                <w:sz w:val="4"/>
                <w:szCs w:val="4"/>
                <w:lang w:eastAsia="it-IT"/>
              </w:rPr>
              <w:fldChar w:fldCharType="begin">
                <w:ffData>
                  <w:name w:val="Check4"/>
                  <w:enabled/>
                  <w:calcOnExit w:val="0"/>
                  <w:checkBox>
                    <w:size w:val="14"/>
                    <w:default w:val="0"/>
                  </w:checkBox>
                </w:ffData>
              </w:fldChar>
            </w:r>
            <w:r w:rsidRPr="00427D02">
              <w:rPr>
                <w:rFonts w:cs="Calibri"/>
                <w:bCs/>
                <w:sz w:val="4"/>
                <w:szCs w:val="4"/>
                <w:lang w:eastAsia="it-IT"/>
              </w:rPr>
              <w:instrText xml:space="preserve"> FORMCHECKBOX </w:instrText>
            </w:r>
            <w:r w:rsidRPr="00427D02">
              <w:rPr>
                <w:rFonts w:cs="Calibri"/>
                <w:bCs/>
                <w:sz w:val="4"/>
                <w:szCs w:val="4"/>
                <w:lang w:eastAsia="it-IT"/>
              </w:rPr>
            </w:r>
            <w:r w:rsidRPr="00427D02">
              <w:rPr>
                <w:rFonts w:cs="Calibri"/>
                <w:bCs/>
                <w:sz w:val="4"/>
                <w:szCs w:val="4"/>
                <w:lang w:eastAsia="it-IT"/>
              </w:rPr>
              <w:fldChar w:fldCharType="separate"/>
            </w:r>
            <w:r w:rsidRPr="00427D02">
              <w:rPr>
                <w:rFonts w:cs="Calibri"/>
                <w:bCs/>
                <w:sz w:val="4"/>
                <w:szCs w:val="4"/>
                <w:lang w:eastAsia="it-IT"/>
              </w:rPr>
              <w:fldChar w:fldCharType="end"/>
            </w:r>
            <w:r w:rsidRPr="00427D02">
              <w:rPr>
                <w:rFonts w:cs="Calibri"/>
                <w:bCs/>
                <w:sz w:val="4"/>
                <w:szCs w:val="4"/>
                <w:lang w:eastAsia="it-IT"/>
              </w:rPr>
              <w:t xml:space="preserve">    </w:t>
            </w:r>
            <w:r w:rsidRPr="00427D02">
              <w:rPr>
                <w:bCs/>
                <w:color w:val="1A3A5C"/>
                <w:sz w:val="20"/>
              </w:rPr>
              <w:t xml:space="preserve"> </w:t>
            </w:r>
            <w:r w:rsidRPr="00427D02">
              <w:rPr>
                <w:bCs/>
                <w:sz w:val="17"/>
              </w:rPr>
              <w:t xml:space="preserve">no  </w:t>
            </w:r>
          </w:p>
          <w:p w14:paraId="33A2F14A" w14:textId="69AE7B00" w:rsidR="000A3D2C" w:rsidRPr="00427D02" w:rsidRDefault="000A3D2C" w:rsidP="000A3D2C">
            <w:pPr>
              <w:spacing w:after="40"/>
              <w:rPr>
                <w:bCs/>
                <w:sz w:val="17"/>
                <w:lang w:val="it-IT"/>
              </w:rPr>
            </w:pPr>
            <w:r w:rsidRPr="00427D02">
              <w:rPr>
                <w:bCs/>
                <w:sz w:val="17"/>
                <w:lang w:val="it-IT"/>
              </w:rPr>
              <w:t>In caso affermativo, indicare le attività o i servizi affidati e il soggetto affidatario:_____________________________________</w:t>
            </w:r>
          </w:p>
          <w:p w14:paraId="0D0F6287" w14:textId="1B207299" w:rsidR="000A3D2C" w:rsidRPr="00427D02" w:rsidRDefault="000A3D2C" w:rsidP="000A3D2C">
            <w:pPr>
              <w:spacing w:after="40"/>
              <w:rPr>
                <w:bCs/>
                <w:sz w:val="17"/>
                <w:lang w:val="it-IT"/>
              </w:rPr>
            </w:pPr>
            <w:r w:rsidRPr="00427D02">
              <w:rPr>
                <w:bCs/>
                <w:sz w:val="17"/>
                <w:lang w:val="it-IT"/>
              </w:rPr>
              <w:t>Ove applicabile, indicare il titolare della concessione e gli estremi dell’affidamento e della relativa autorizzazione ai sensi dell’art. 45-bis del Codice della Navigazione:_____________________________</w:t>
            </w:r>
          </w:p>
          <w:p w14:paraId="6782AA7E" w14:textId="0C13455C" w:rsidR="00436F00" w:rsidRPr="000A3D2C" w:rsidRDefault="00436F00">
            <w:pPr>
              <w:spacing w:before="20" w:after="0"/>
              <w:rPr>
                <w:lang w:val="it-IT"/>
              </w:rPr>
            </w:pPr>
          </w:p>
        </w:tc>
      </w:tr>
    </w:tbl>
    <w:p w14:paraId="3EF3FCCB" w14:textId="77777777" w:rsidR="00436F00" w:rsidRDefault="00436F00">
      <w:pPr>
        <w:spacing w:after="0"/>
      </w:pPr>
    </w:p>
    <w:tbl>
      <w:tblPr>
        <w:tblW w:w="0" w:type="auto"/>
        <w:tblCellSpacing w:w="0" w:type="dxa"/>
        <w:tblLook w:val="04A0" w:firstRow="1" w:lastRow="0" w:firstColumn="1" w:lastColumn="0" w:noHBand="0" w:noVBand="1"/>
      </w:tblPr>
      <w:tblGrid>
        <w:gridCol w:w="10176"/>
      </w:tblGrid>
      <w:tr w:rsidR="00436F00" w14:paraId="004A79E0" w14:textId="77777777">
        <w:trPr>
          <w:tblCellSpacing w:w="0" w:type="dxa"/>
        </w:trPr>
        <w:tc>
          <w:tcPr>
            <w:tcW w:w="10206" w:type="dxa"/>
            <w:tcBorders>
              <w:top w:val="none" w:sz="0" w:space="0" w:color="FFFFFF"/>
              <w:left w:val="single" w:sz="24" w:space="0" w:color="1A3A5C"/>
              <w:bottom w:val="none" w:sz="0" w:space="0" w:color="FFFFFF"/>
              <w:right w:val="none" w:sz="0" w:space="0" w:color="FFFFFF"/>
            </w:tcBorders>
            <w:shd w:val="clear" w:color="auto" w:fill="F4F7FA"/>
            <w:tcMar>
              <w:top w:w="70" w:type="dxa"/>
              <w:left w:w="110" w:type="dxa"/>
              <w:bottom w:w="70" w:type="dxa"/>
              <w:right w:w="100" w:type="dxa"/>
            </w:tcMar>
          </w:tcPr>
          <w:p w14:paraId="501BF906" w14:textId="77777777" w:rsidR="00F532E6" w:rsidRPr="00427D02" w:rsidRDefault="00F532E6">
            <w:pPr>
              <w:spacing w:after="40"/>
              <w:rPr>
                <w:bCs/>
              </w:rPr>
            </w:pPr>
            <w:r w:rsidRPr="00427D02">
              <w:rPr>
                <w:bCs/>
                <w:sz w:val="17"/>
              </w:rPr>
              <w:t xml:space="preserve">3.  </w:t>
            </w:r>
            <w:r w:rsidRPr="00427D02">
              <w:rPr>
                <w:bCs/>
              </w:rPr>
              <w:t>L’Organizzazione gestisce la struttura in forza di un affidamento, sub-concessione o altro titolo rilasciato dal titolare?</w:t>
            </w:r>
          </w:p>
          <w:p w14:paraId="2CC94911" w14:textId="77777777" w:rsidR="00F532E6" w:rsidRPr="00427D02" w:rsidRDefault="00F532E6">
            <w:pPr>
              <w:spacing w:after="40"/>
              <w:rPr>
                <w:bCs/>
              </w:rPr>
            </w:pPr>
            <w:r w:rsidRPr="00427D02">
              <w:rPr>
                <w:bCs/>
              </w:rPr>
              <w:t xml:space="preserve"> </w:t>
            </w:r>
            <w:r w:rsidRPr="00427D02">
              <w:rPr>
                <w:rFonts w:cs="Calibri"/>
                <w:bCs/>
                <w:sz w:val="4"/>
                <w:szCs w:val="4"/>
                <w:lang w:eastAsia="it-IT"/>
              </w:rPr>
              <w:fldChar w:fldCharType="begin">
                <w:ffData>
                  <w:name w:val="Check4"/>
                  <w:enabled/>
                  <w:calcOnExit w:val="0"/>
                  <w:checkBox>
                    <w:size w:val="14"/>
                    <w:default w:val="0"/>
                  </w:checkBox>
                </w:ffData>
              </w:fldChar>
            </w:r>
            <w:r w:rsidRPr="00427D02">
              <w:rPr>
                <w:rFonts w:cs="Calibri"/>
                <w:bCs/>
                <w:sz w:val="4"/>
                <w:szCs w:val="4"/>
                <w:lang w:eastAsia="it-IT"/>
              </w:rPr>
              <w:instrText xml:space="preserve"> FORMCHECKBOX </w:instrText>
            </w:r>
            <w:r w:rsidRPr="00427D02">
              <w:rPr>
                <w:rFonts w:cs="Calibri"/>
                <w:bCs/>
                <w:sz w:val="4"/>
                <w:szCs w:val="4"/>
                <w:lang w:eastAsia="it-IT"/>
              </w:rPr>
            </w:r>
            <w:r w:rsidRPr="00427D02">
              <w:rPr>
                <w:rFonts w:cs="Calibri"/>
                <w:bCs/>
                <w:sz w:val="4"/>
                <w:szCs w:val="4"/>
                <w:lang w:eastAsia="it-IT"/>
              </w:rPr>
              <w:fldChar w:fldCharType="separate"/>
            </w:r>
            <w:r w:rsidRPr="00427D02">
              <w:rPr>
                <w:rFonts w:cs="Calibri"/>
                <w:bCs/>
                <w:sz w:val="4"/>
                <w:szCs w:val="4"/>
                <w:lang w:eastAsia="it-IT"/>
              </w:rPr>
              <w:fldChar w:fldCharType="end"/>
            </w:r>
            <w:r w:rsidRPr="00427D02">
              <w:rPr>
                <w:rFonts w:cs="Calibri"/>
                <w:bCs/>
                <w:sz w:val="4"/>
                <w:szCs w:val="4"/>
                <w:lang w:eastAsia="it-IT"/>
              </w:rPr>
              <w:t xml:space="preserve">    </w:t>
            </w:r>
            <w:r w:rsidRPr="00427D02">
              <w:rPr>
                <w:bCs/>
                <w:color w:val="1A3A5C"/>
                <w:sz w:val="20"/>
              </w:rPr>
              <w:t xml:space="preserve"> </w:t>
            </w:r>
            <w:r w:rsidRPr="00427D02">
              <w:rPr>
                <w:bCs/>
                <w:sz w:val="17"/>
              </w:rPr>
              <w:t xml:space="preserve">sì   </w:t>
            </w:r>
            <w:r w:rsidRPr="00427D02">
              <w:rPr>
                <w:rFonts w:cs="Calibri"/>
                <w:bCs/>
                <w:sz w:val="4"/>
                <w:szCs w:val="4"/>
                <w:lang w:eastAsia="it-IT"/>
              </w:rPr>
              <w:fldChar w:fldCharType="begin">
                <w:ffData>
                  <w:name w:val="Check4"/>
                  <w:enabled/>
                  <w:calcOnExit w:val="0"/>
                  <w:checkBox>
                    <w:size w:val="14"/>
                    <w:default w:val="0"/>
                  </w:checkBox>
                </w:ffData>
              </w:fldChar>
            </w:r>
            <w:r w:rsidRPr="00427D02">
              <w:rPr>
                <w:rFonts w:cs="Calibri"/>
                <w:bCs/>
                <w:sz w:val="4"/>
                <w:szCs w:val="4"/>
                <w:lang w:eastAsia="it-IT"/>
              </w:rPr>
              <w:instrText xml:space="preserve"> FORMCHECKBOX </w:instrText>
            </w:r>
            <w:r w:rsidRPr="00427D02">
              <w:rPr>
                <w:rFonts w:cs="Calibri"/>
                <w:bCs/>
                <w:sz w:val="4"/>
                <w:szCs w:val="4"/>
                <w:lang w:eastAsia="it-IT"/>
              </w:rPr>
            </w:r>
            <w:r w:rsidRPr="00427D02">
              <w:rPr>
                <w:rFonts w:cs="Calibri"/>
                <w:bCs/>
                <w:sz w:val="4"/>
                <w:szCs w:val="4"/>
                <w:lang w:eastAsia="it-IT"/>
              </w:rPr>
              <w:fldChar w:fldCharType="separate"/>
            </w:r>
            <w:r w:rsidRPr="00427D02">
              <w:rPr>
                <w:rFonts w:cs="Calibri"/>
                <w:bCs/>
                <w:sz w:val="4"/>
                <w:szCs w:val="4"/>
                <w:lang w:eastAsia="it-IT"/>
              </w:rPr>
              <w:fldChar w:fldCharType="end"/>
            </w:r>
            <w:r w:rsidRPr="00427D02">
              <w:rPr>
                <w:rFonts w:cs="Calibri"/>
                <w:bCs/>
                <w:sz w:val="4"/>
                <w:szCs w:val="4"/>
                <w:lang w:eastAsia="it-IT"/>
              </w:rPr>
              <w:t xml:space="preserve">    </w:t>
            </w:r>
            <w:r w:rsidRPr="00427D02">
              <w:rPr>
                <w:bCs/>
                <w:color w:val="1A3A5C"/>
                <w:sz w:val="20"/>
              </w:rPr>
              <w:t xml:space="preserve"> </w:t>
            </w:r>
            <w:r w:rsidRPr="00427D02">
              <w:rPr>
                <w:bCs/>
                <w:sz w:val="17"/>
              </w:rPr>
              <w:t>no</w:t>
            </w:r>
          </w:p>
          <w:p w14:paraId="1B99A698" w14:textId="03FA1A22" w:rsidR="00F532E6" w:rsidRPr="00427D02" w:rsidRDefault="00F532E6">
            <w:pPr>
              <w:spacing w:after="40"/>
              <w:rPr>
                <w:bCs/>
              </w:rPr>
            </w:pPr>
            <w:r w:rsidRPr="00427D02">
              <w:rPr>
                <w:bCs/>
              </w:rPr>
              <w:t>Se s</w:t>
            </w:r>
            <w:r w:rsidRPr="00427D02">
              <w:rPr>
                <w:rFonts w:cs="Calibri"/>
                <w:bCs/>
              </w:rPr>
              <w:t>ì</w:t>
            </w:r>
            <w:r w:rsidRPr="00427D02">
              <w:rPr>
                <w:bCs/>
              </w:rPr>
              <w:t>, indicare il titolare e il titolo: ____________________________</w:t>
            </w:r>
          </w:p>
          <w:p w14:paraId="390D5BF7" w14:textId="4B8B6BC1" w:rsidR="000A3D2C" w:rsidRPr="00427D02" w:rsidRDefault="000A3D2C">
            <w:pPr>
              <w:spacing w:after="40"/>
              <w:rPr>
                <w:bCs/>
              </w:rPr>
            </w:pPr>
            <w:r w:rsidRPr="00427D02">
              <w:rPr>
                <w:bCs/>
              </w:rPr>
              <w:t>In caso affermativo, indicare:</w:t>
            </w:r>
            <w:r w:rsidRPr="00427D02">
              <w:rPr>
                <w:bCs/>
              </w:rPr>
              <w:br/>
              <w:t>– le attività o i servizi affidati: __________________________________________</w:t>
            </w:r>
            <w:r w:rsidRPr="00427D02">
              <w:rPr>
                <w:bCs/>
              </w:rPr>
              <w:br/>
              <w:t>– la denominazione del titolare della concessione: __________________________</w:t>
            </w:r>
            <w:r w:rsidRPr="00427D02">
              <w:rPr>
                <w:bCs/>
              </w:rPr>
              <w:br/>
              <w:t>– la natura e gli estremi del titolo, dell’atto di affidamento e dell’eventuale autorizzazione:</w:t>
            </w:r>
          </w:p>
          <w:p w14:paraId="5487FEE5" w14:textId="571BE1D3" w:rsidR="00436F00" w:rsidRDefault="00436F00">
            <w:pPr>
              <w:spacing w:before="20" w:after="0"/>
            </w:pPr>
          </w:p>
        </w:tc>
      </w:tr>
    </w:tbl>
    <w:p w14:paraId="44324251" w14:textId="77777777" w:rsidR="00436F00" w:rsidRDefault="00436F00">
      <w:pPr>
        <w:spacing w:after="0"/>
      </w:pPr>
    </w:p>
    <w:tbl>
      <w:tblPr>
        <w:tblW w:w="0" w:type="auto"/>
        <w:tblCellSpacing w:w="0" w:type="dxa"/>
        <w:tblLook w:val="04A0" w:firstRow="1" w:lastRow="0" w:firstColumn="1" w:lastColumn="0" w:noHBand="0" w:noVBand="1"/>
      </w:tblPr>
      <w:tblGrid>
        <w:gridCol w:w="5103"/>
        <w:gridCol w:w="5103"/>
      </w:tblGrid>
      <w:tr w:rsidR="00436F00" w14:paraId="0EB4B713" w14:textId="77777777">
        <w:trPr>
          <w:trHeight w:hRule="exact" w:val="311"/>
          <w:tblCellSpacing w:w="0" w:type="dxa"/>
        </w:trPr>
        <w:tc>
          <w:tcPr>
            <w:tcW w:w="10206" w:type="dxa"/>
            <w:gridSpan w:val="2"/>
            <w:shd w:val="clear" w:color="auto" w:fill="1A3A5C"/>
            <w:tcMar>
              <w:top w:w="60" w:type="dxa"/>
              <w:left w:w="100" w:type="dxa"/>
              <w:bottom w:w="60" w:type="dxa"/>
              <w:right w:w="100" w:type="dxa"/>
            </w:tcMar>
          </w:tcPr>
          <w:p w14:paraId="57270341" w14:textId="77777777" w:rsidR="00436F00" w:rsidRDefault="00000000">
            <w:pPr>
              <w:spacing w:after="0"/>
            </w:pPr>
            <w:r>
              <w:rPr>
                <w:b/>
                <w:color w:val="FFFFFF"/>
              </w:rPr>
              <w:t>SERVIZI EROGATI DALLO STABILIMENTO</w:t>
            </w:r>
          </w:p>
        </w:tc>
      </w:tr>
      <w:tr w:rsidR="00436F00" w14:paraId="3A107FBE" w14:textId="77777777">
        <w:trPr>
          <w:tblCellSpacing w:w="0" w:type="dxa"/>
        </w:trPr>
        <w:tc>
          <w:tcPr>
            <w:tcW w:w="5103" w:type="dxa"/>
            <w:tcBorders>
              <w:top w:val="none" w:sz="0" w:space="0" w:color="FFFFFF"/>
              <w:left w:val="none" w:sz="0" w:space="0" w:color="FFFFFF"/>
              <w:bottom w:val="none" w:sz="0" w:space="0" w:color="FFFFFF"/>
              <w:right w:val="single" w:sz="4" w:space="0" w:color="CBD8E4"/>
            </w:tcBorders>
            <w:shd w:val="clear" w:color="auto" w:fill="FFFFFF"/>
            <w:tcMar>
              <w:top w:w="80" w:type="dxa"/>
              <w:left w:w="100" w:type="dxa"/>
              <w:bottom w:w="80" w:type="dxa"/>
              <w:right w:w="100" w:type="dxa"/>
            </w:tcMar>
          </w:tcPr>
          <w:p w14:paraId="45DFFAF1" w14:textId="77777777" w:rsidR="00436F00" w:rsidRDefault="00000000">
            <w:pPr>
              <w:spacing w:after="60"/>
            </w:pPr>
            <w:r>
              <w:rPr>
                <w:b/>
                <w:color w:val="1A3A5C"/>
              </w:rPr>
              <w:t>Servizi Obbligatori</w:t>
            </w:r>
          </w:p>
          <w:p w14:paraId="3CAABB61" w14:textId="77777777" w:rsidR="00436F00" w:rsidRDefault="00000000">
            <w:pPr>
              <w:spacing w:before="20" w:after="0"/>
            </w:pPr>
            <w:r>
              <w:rPr>
                <w:color w:val="1A6B8A"/>
                <w:sz w:val="20"/>
              </w:rPr>
              <w:t xml:space="preserve">• </w:t>
            </w:r>
            <w:r>
              <w:rPr>
                <w:sz w:val="16"/>
              </w:rPr>
              <w:t>Accessi alla spiaggia</w:t>
            </w:r>
          </w:p>
          <w:p w14:paraId="7CE34B2E" w14:textId="77777777" w:rsidR="00436F00" w:rsidRDefault="00000000">
            <w:pPr>
              <w:spacing w:before="20" w:after="0"/>
            </w:pPr>
            <w:r>
              <w:rPr>
                <w:color w:val="1A6B8A"/>
                <w:sz w:val="20"/>
              </w:rPr>
              <w:t xml:space="preserve">• </w:t>
            </w:r>
            <w:r>
              <w:rPr>
                <w:sz w:val="16"/>
              </w:rPr>
              <w:t>Informazioni e segnaletica</w:t>
            </w:r>
          </w:p>
          <w:p w14:paraId="36C826D6" w14:textId="77777777" w:rsidR="00436F00" w:rsidRDefault="00000000">
            <w:pPr>
              <w:spacing w:before="20" w:after="0"/>
            </w:pPr>
            <w:r>
              <w:rPr>
                <w:color w:val="1A6B8A"/>
                <w:sz w:val="20"/>
              </w:rPr>
              <w:t xml:space="preserve">• </w:t>
            </w:r>
            <w:r>
              <w:rPr>
                <w:sz w:val="16"/>
              </w:rPr>
              <w:t>Servizi Sanitari (toilette, docce e lavapiedi)</w:t>
            </w:r>
          </w:p>
          <w:p w14:paraId="3786B4C9" w14:textId="77777777" w:rsidR="00436F00" w:rsidRDefault="00000000">
            <w:pPr>
              <w:spacing w:before="20" w:after="0"/>
            </w:pPr>
            <w:r>
              <w:rPr>
                <w:color w:val="1A6B8A"/>
                <w:sz w:val="20"/>
              </w:rPr>
              <w:t xml:space="preserve">• </w:t>
            </w:r>
            <w:r>
              <w:rPr>
                <w:sz w:val="16"/>
              </w:rPr>
              <w:t>Forme d'ombra, lettini, sdraio, ombrelloni</w:t>
            </w:r>
          </w:p>
          <w:p w14:paraId="45D26314" w14:textId="77777777" w:rsidR="00436F00" w:rsidRDefault="00000000">
            <w:pPr>
              <w:spacing w:before="20" w:after="0"/>
            </w:pPr>
            <w:r>
              <w:rPr>
                <w:color w:val="1A6B8A"/>
                <w:sz w:val="20"/>
              </w:rPr>
              <w:t xml:space="preserve">• </w:t>
            </w:r>
            <w:r>
              <w:rPr>
                <w:sz w:val="16"/>
              </w:rPr>
              <w:t>Pulizia spiaggia e rimozione rifiuti</w:t>
            </w:r>
          </w:p>
          <w:p w14:paraId="332FCADC" w14:textId="77777777" w:rsidR="00436F00" w:rsidRDefault="00000000">
            <w:pPr>
              <w:spacing w:before="20" w:after="0"/>
            </w:pPr>
            <w:r>
              <w:rPr>
                <w:color w:val="1A6B8A"/>
                <w:sz w:val="20"/>
              </w:rPr>
              <w:t xml:space="preserve">• </w:t>
            </w:r>
            <w:r>
              <w:rPr>
                <w:sz w:val="16"/>
              </w:rPr>
              <w:t>Manutenzione</w:t>
            </w:r>
          </w:p>
          <w:p w14:paraId="4B863688" w14:textId="77777777" w:rsidR="00436F00" w:rsidRDefault="00000000">
            <w:pPr>
              <w:spacing w:before="20" w:after="0"/>
            </w:pPr>
            <w:r>
              <w:rPr>
                <w:color w:val="1A6B8A"/>
                <w:sz w:val="20"/>
              </w:rPr>
              <w:t xml:space="preserve">• </w:t>
            </w:r>
            <w:r>
              <w:rPr>
                <w:sz w:val="16"/>
              </w:rPr>
              <w:t>Servizi di sicurezza sulla spiaggia</w:t>
            </w:r>
          </w:p>
          <w:p w14:paraId="76E6ECB9" w14:textId="77777777" w:rsidR="00436F00" w:rsidRDefault="00000000">
            <w:pPr>
              <w:spacing w:before="20" w:after="0"/>
            </w:pPr>
            <w:r>
              <w:rPr>
                <w:color w:val="1A6B8A"/>
                <w:sz w:val="20"/>
              </w:rPr>
              <w:t xml:space="preserve">• </w:t>
            </w:r>
            <w:r>
              <w:rPr>
                <w:sz w:val="16"/>
              </w:rPr>
              <w:t>Primo soccorso</w:t>
            </w:r>
          </w:p>
          <w:p w14:paraId="141475F0" w14:textId="77777777" w:rsidR="00436F00" w:rsidRDefault="00000000">
            <w:pPr>
              <w:spacing w:before="20" w:after="0"/>
            </w:pPr>
            <w:r>
              <w:rPr>
                <w:color w:val="1A6B8A"/>
                <w:sz w:val="20"/>
              </w:rPr>
              <w:t xml:space="preserve">• </w:t>
            </w:r>
            <w:r>
              <w:rPr>
                <w:sz w:val="16"/>
              </w:rPr>
              <w:t>Servizio Cambio indumenti (obbligatorio solo per UNI 11911)</w:t>
            </w:r>
          </w:p>
        </w:tc>
        <w:tc>
          <w:tcPr>
            <w:tcW w:w="5103" w:type="dxa"/>
            <w:tcBorders>
              <w:top w:val="none" w:sz="0" w:space="0" w:color="FFFFFF"/>
              <w:left w:val="none" w:sz="0" w:space="0" w:color="FFFFFF"/>
              <w:bottom w:val="none" w:sz="0" w:space="0" w:color="FFFFFF"/>
              <w:right w:val="none" w:sz="0" w:space="0" w:color="FFFFFF"/>
            </w:tcBorders>
            <w:shd w:val="clear" w:color="auto" w:fill="FFFFFF"/>
            <w:tcMar>
              <w:top w:w="80" w:type="dxa"/>
              <w:left w:w="100" w:type="dxa"/>
              <w:bottom w:w="80" w:type="dxa"/>
              <w:right w:w="100" w:type="dxa"/>
            </w:tcMar>
          </w:tcPr>
          <w:p w14:paraId="6FFD2E0F" w14:textId="77777777" w:rsidR="00436F00" w:rsidRDefault="00000000">
            <w:pPr>
              <w:spacing w:after="60"/>
            </w:pPr>
            <w:r>
              <w:rPr>
                <w:b/>
                <w:color w:val="7A5000"/>
              </w:rPr>
              <w:t>Servizi Aggiuntivi da inserire nel campo di applicazione</w:t>
            </w:r>
          </w:p>
          <w:p w14:paraId="5EDCE64A" w14:textId="4EDB700D" w:rsidR="00436F00" w:rsidRDefault="00AC01B3">
            <w:pPr>
              <w:spacing w:before="20" w:after="0"/>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color w:val="1A3A5C"/>
                <w:sz w:val="20"/>
              </w:rPr>
              <w:t xml:space="preserve"> </w:t>
            </w:r>
            <w:r>
              <w:rPr>
                <w:sz w:val="17"/>
              </w:rPr>
              <w:t xml:space="preserve">Parcheggio   </w:t>
            </w:r>
          </w:p>
          <w:p w14:paraId="5B7B9400" w14:textId="0BAA1F29" w:rsidR="00436F00" w:rsidRDefault="00AC01B3">
            <w:pPr>
              <w:spacing w:before="20" w:after="0"/>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rFonts w:cs="Calibri"/>
                <w:b/>
                <w:bCs/>
                <w:sz w:val="4"/>
                <w:szCs w:val="4"/>
                <w:lang w:eastAsia="it-IT"/>
              </w:rPr>
              <w:t xml:space="preserve">    </w:t>
            </w:r>
            <w:r>
              <w:rPr>
                <w:sz w:val="17"/>
              </w:rPr>
              <w:t xml:space="preserve">Servizio Cambio indumenti (facoltativo solo per ISO 13009)   </w:t>
            </w:r>
          </w:p>
          <w:p w14:paraId="2EE9AC27" w14:textId="2AA43CA9" w:rsidR="00436F00" w:rsidRDefault="00AC01B3">
            <w:pPr>
              <w:spacing w:before="20" w:after="0"/>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color w:val="1A3A5C"/>
                <w:sz w:val="20"/>
              </w:rPr>
              <w:t xml:space="preserve"> </w:t>
            </w:r>
            <w:r>
              <w:rPr>
                <w:sz w:val="17"/>
              </w:rPr>
              <w:t xml:space="preserve">Vendita di alimenti e bevande   </w:t>
            </w:r>
          </w:p>
          <w:p w14:paraId="557E1A13" w14:textId="515F58BE" w:rsidR="00436F00" w:rsidRDefault="00AC01B3">
            <w:pPr>
              <w:spacing w:before="20" w:after="0"/>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rFonts w:cs="Calibri"/>
                <w:b/>
                <w:bCs/>
                <w:sz w:val="4"/>
                <w:szCs w:val="4"/>
                <w:lang w:eastAsia="it-IT"/>
              </w:rPr>
              <w:t xml:space="preserve">   </w:t>
            </w:r>
            <w:r>
              <w:rPr>
                <w:sz w:val="17"/>
              </w:rPr>
              <w:t xml:space="preserve">Pratica di attività ricreative   </w:t>
            </w:r>
          </w:p>
          <w:p w14:paraId="61BB36CC" w14:textId="4C4B1924" w:rsidR="00436F00" w:rsidRDefault="00AC01B3">
            <w:pPr>
              <w:spacing w:before="20" w:after="0"/>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color w:val="1A3A5C"/>
                <w:sz w:val="20"/>
              </w:rPr>
              <w:t xml:space="preserve"> </w:t>
            </w:r>
            <w:r w:rsidR="00463851">
              <w:rPr>
                <w:sz w:val="20"/>
              </w:rPr>
              <w:t>s</w:t>
            </w:r>
            <w:r>
              <w:rPr>
                <w:sz w:val="17"/>
              </w:rPr>
              <w:t xml:space="preserve">ervizio piscina   </w:t>
            </w:r>
          </w:p>
          <w:p w14:paraId="66321F87" w14:textId="0AE760F5" w:rsidR="00436F00" w:rsidRDefault="00AC01B3">
            <w:pPr>
              <w:spacing w:before="20" w:after="0"/>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rFonts w:cs="Calibri"/>
                <w:b/>
                <w:bCs/>
                <w:sz w:val="4"/>
                <w:szCs w:val="4"/>
                <w:lang w:eastAsia="it-IT"/>
              </w:rPr>
              <w:t xml:space="preserve">    </w:t>
            </w:r>
            <w:r>
              <w:rPr>
                <w:sz w:val="17"/>
              </w:rPr>
              <w:t>Servizi benessere (e.</w:t>
            </w:r>
            <w:r w:rsidR="00463851">
              <w:rPr>
                <w:sz w:val="17"/>
              </w:rPr>
              <w:t>g</w:t>
            </w:r>
            <w:r>
              <w:rPr>
                <w:sz w:val="17"/>
              </w:rPr>
              <w:t xml:space="preserve">. SPA)   </w:t>
            </w:r>
          </w:p>
          <w:p w14:paraId="2BF05BB4" w14:textId="37EC535C" w:rsidR="00436F00" w:rsidRDefault="00AC01B3">
            <w:pPr>
              <w:spacing w:before="20" w:after="0"/>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rFonts w:cs="Calibri"/>
                <w:b/>
                <w:bCs/>
                <w:sz w:val="4"/>
                <w:szCs w:val="4"/>
                <w:lang w:eastAsia="it-IT"/>
              </w:rPr>
              <w:t xml:space="preserve">    </w:t>
            </w:r>
            <w:r>
              <w:rPr>
                <w:sz w:val="17"/>
              </w:rPr>
              <w:t xml:space="preserve">Servizi di sorveglianza notturna e diurna   </w:t>
            </w:r>
          </w:p>
          <w:p w14:paraId="6D7B4FB0" w14:textId="3D512FE9" w:rsidR="00436F00" w:rsidRDefault="00AC01B3">
            <w:pPr>
              <w:spacing w:before="20" w:after="0"/>
              <w:rPr>
                <w:sz w:val="17"/>
              </w:rPr>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color w:val="1A3A5C"/>
                <w:sz w:val="20"/>
              </w:rPr>
              <w:t xml:space="preserve"> </w:t>
            </w:r>
            <w:r>
              <w:rPr>
                <w:sz w:val="17"/>
              </w:rPr>
              <w:t xml:space="preserve">Servizi di vendita ambulante   </w:t>
            </w:r>
          </w:p>
          <w:p w14:paraId="15CF69D1" w14:textId="4E2D8FA1" w:rsidR="00463851" w:rsidRDefault="00AC01B3" w:rsidP="00463851">
            <w:pPr>
              <w:spacing w:before="20" w:after="0"/>
              <w:rPr>
                <w:sz w:val="17"/>
              </w:rPr>
            </w:pPr>
            <w:r w:rsidRPr="00165CA8">
              <w:rPr>
                <w:rFonts w:cs="Calibri"/>
                <w:b/>
                <w:bCs/>
                <w:sz w:val="4"/>
                <w:szCs w:val="4"/>
                <w:lang w:eastAsia="it-IT"/>
              </w:rPr>
              <w:fldChar w:fldCharType="begin">
                <w:ffData>
                  <w:name w:val="Check4"/>
                  <w:enabled/>
                  <w:calcOnExit w:val="0"/>
                  <w:checkBox>
                    <w:size w:val="14"/>
                    <w:default w:val="0"/>
                  </w:checkBox>
                </w:ffData>
              </w:fldChar>
            </w:r>
            <w:r w:rsidRPr="00165CA8">
              <w:rPr>
                <w:rFonts w:cs="Calibri"/>
                <w:b/>
                <w:bCs/>
                <w:sz w:val="4"/>
                <w:szCs w:val="4"/>
                <w:lang w:eastAsia="it-IT"/>
              </w:rPr>
              <w:instrText xml:space="preserve"> FORMCHECKBOX </w:instrText>
            </w:r>
            <w:r w:rsidRPr="00165CA8">
              <w:rPr>
                <w:rFonts w:cs="Calibri"/>
                <w:b/>
                <w:bCs/>
                <w:sz w:val="4"/>
                <w:szCs w:val="4"/>
                <w:lang w:eastAsia="it-IT"/>
              </w:rPr>
            </w:r>
            <w:r w:rsidRPr="00165CA8">
              <w:rPr>
                <w:rFonts w:cs="Calibri"/>
                <w:b/>
                <w:bCs/>
                <w:sz w:val="4"/>
                <w:szCs w:val="4"/>
                <w:lang w:eastAsia="it-IT"/>
              </w:rPr>
              <w:fldChar w:fldCharType="separate"/>
            </w:r>
            <w:r w:rsidRPr="00165CA8">
              <w:rPr>
                <w:rFonts w:cs="Calibri"/>
                <w:b/>
                <w:bCs/>
                <w:sz w:val="4"/>
                <w:szCs w:val="4"/>
                <w:lang w:eastAsia="it-IT"/>
              </w:rPr>
              <w:fldChar w:fldCharType="end"/>
            </w:r>
            <w:r w:rsidRPr="00165CA8">
              <w:rPr>
                <w:rFonts w:cs="Calibri"/>
                <w:b/>
                <w:bCs/>
                <w:sz w:val="4"/>
                <w:szCs w:val="4"/>
                <w:lang w:eastAsia="it-IT"/>
              </w:rPr>
              <w:t xml:space="preserve">   </w:t>
            </w:r>
            <w:r>
              <w:rPr>
                <w:rFonts w:cs="Calibri"/>
                <w:b/>
                <w:bCs/>
                <w:sz w:val="4"/>
                <w:szCs w:val="4"/>
                <w:lang w:eastAsia="it-IT"/>
              </w:rPr>
              <w:t xml:space="preserve">   </w:t>
            </w:r>
            <w:r w:rsidRPr="00165CA8">
              <w:rPr>
                <w:rFonts w:cs="Calibri"/>
                <w:b/>
                <w:bCs/>
                <w:sz w:val="4"/>
                <w:szCs w:val="4"/>
                <w:lang w:eastAsia="it-IT"/>
              </w:rPr>
              <w:t xml:space="preserve"> </w:t>
            </w:r>
            <w:r w:rsidR="00463851">
              <w:rPr>
                <w:sz w:val="17"/>
              </w:rPr>
              <w:t xml:space="preserve">Acqua potabile (facoltativo solo per ISO 13009)   </w:t>
            </w:r>
          </w:p>
          <w:p w14:paraId="3EFAE42E" w14:textId="77777777" w:rsidR="00463851" w:rsidRDefault="00463851">
            <w:pPr>
              <w:spacing w:before="20" w:after="0"/>
            </w:pPr>
          </w:p>
        </w:tc>
      </w:tr>
    </w:tbl>
    <w:p w14:paraId="26017D5B" w14:textId="55C91532" w:rsidR="00436F00" w:rsidRDefault="00436F00"/>
    <w:p w14:paraId="060B2376" w14:textId="77777777" w:rsidR="00427D02" w:rsidRDefault="00427D02"/>
    <w:p w14:paraId="0CD47432" w14:textId="77777777" w:rsidR="00427D02" w:rsidRDefault="00427D02"/>
    <w:p w14:paraId="67CFD649" w14:textId="77777777" w:rsidR="00427D02" w:rsidRDefault="00427D02"/>
    <w:p w14:paraId="19AE2EAA" w14:textId="77777777" w:rsidR="00427D02" w:rsidRDefault="00427D02"/>
    <w:tbl>
      <w:tblPr>
        <w:tblW w:w="0" w:type="auto"/>
        <w:tblCellSpacing w:w="0" w:type="dxa"/>
        <w:tblLook w:val="04A0" w:firstRow="1" w:lastRow="0" w:firstColumn="1" w:lastColumn="0" w:noHBand="0" w:noVBand="1"/>
      </w:tblPr>
      <w:tblGrid>
        <w:gridCol w:w="10206"/>
      </w:tblGrid>
      <w:tr w:rsidR="00436F00" w14:paraId="15629D76" w14:textId="77777777">
        <w:trPr>
          <w:trHeight w:hRule="exact" w:val="368"/>
          <w:tblCellSpacing w:w="0" w:type="dxa"/>
        </w:trPr>
        <w:tc>
          <w:tcPr>
            <w:tcW w:w="10206" w:type="dxa"/>
            <w:shd w:val="clear" w:color="auto" w:fill="1A6B8A"/>
            <w:tcMar>
              <w:top w:w="70" w:type="dxa"/>
              <w:left w:w="100" w:type="dxa"/>
              <w:bottom w:w="70" w:type="dxa"/>
              <w:right w:w="100" w:type="dxa"/>
            </w:tcMar>
          </w:tcPr>
          <w:p w14:paraId="2232E407" w14:textId="77777777" w:rsidR="00436F00" w:rsidRDefault="00000000">
            <w:pPr>
              <w:spacing w:after="0"/>
            </w:pPr>
            <w:r>
              <w:rPr>
                <w:b/>
                <w:color w:val="FFFFFF"/>
                <w:sz w:val="19"/>
              </w:rPr>
              <w:lastRenderedPageBreak/>
              <w:t>TRASFERIMENTO DEL CERTIFICATO DA ALTRO ORGANISMO DI CERTIFICAZIONE ACCREDITATO</w:t>
            </w:r>
          </w:p>
        </w:tc>
      </w:tr>
    </w:tbl>
    <w:p w14:paraId="033F8532" w14:textId="77777777" w:rsidR="00436F00" w:rsidRDefault="00436F00">
      <w:pPr>
        <w:spacing w:after="0"/>
      </w:pPr>
    </w:p>
    <w:tbl>
      <w:tblPr>
        <w:tblW w:w="0" w:type="auto"/>
        <w:tblCellSpacing w:w="0" w:type="dxa"/>
        <w:tblLook w:val="04A0" w:firstRow="1" w:lastRow="0" w:firstColumn="1" w:lastColumn="0" w:noHBand="0" w:noVBand="1"/>
      </w:tblPr>
      <w:tblGrid>
        <w:gridCol w:w="10206"/>
      </w:tblGrid>
      <w:tr w:rsidR="00436F00" w14:paraId="206C8140" w14:textId="77777777">
        <w:trPr>
          <w:tblCellSpacing w:w="0" w:type="dxa"/>
        </w:trPr>
        <w:tc>
          <w:tcPr>
            <w:tcW w:w="10206" w:type="dxa"/>
            <w:shd w:val="clear" w:color="auto" w:fill="FFFFFF"/>
            <w:tcMar>
              <w:top w:w="60" w:type="dxa"/>
              <w:left w:w="100" w:type="dxa"/>
              <w:bottom w:w="60" w:type="dxa"/>
              <w:right w:w="100" w:type="dxa"/>
            </w:tcMar>
          </w:tcPr>
          <w:p w14:paraId="36E59406" w14:textId="77777777" w:rsidR="00436F00" w:rsidRDefault="00000000">
            <w:pPr>
              <w:spacing w:after="0"/>
            </w:pPr>
            <w:r>
              <w:rPr>
                <w:b/>
                <w:color w:val="1A3A5C"/>
                <w:sz w:val="17"/>
              </w:rPr>
              <w:t>MOTIVO DEL TRANSFER: _______________________________________________________________</w:t>
            </w:r>
          </w:p>
        </w:tc>
      </w:tr>
    </w:tbl>
    <w:p w14:paraId="7DA74146" w14:textId="77777777" w:rsidR="00436F00" w:rsidRDefault="00436F00">
      <w:pPr>
        <w:spacing w:after="0"/>
      </w:pPr>
    </w:p>
    <w:tbl>
      <w:tblPr>
        <w:tblW w:w="0" w:type="auto"/>
        <w:tblCellSpacing w:w="0" w:type="dxa"/>
        <w:tblLook w:val="04A0" w:firstRow="1" w:lastRow="0" w:firstColumn="1" w:lastColumn="0" w:noHBand="0" w:noVBand="1"/>
      </w:tblPr>
      <w:tblGrid>
        <w:gridCol w:w="10176"/>
      </w:tblGrid>
      <w:tr w:rsidR="00436F00" w14:paraId="29306F5A" w14:textId="77777777">
        <w:trPr>
          <w:tblCellSpacing w:w="0" w:type="dxa"/>
        </w:trPr>
        <w:tc>
          <w:tcPr>
            <w:tcW w:w="10206" w:type="dxa"/>
            <w:tcBorders>
              <w:top w:val="none" w:sz="0" w:space="0" w:color="FFFFFF"/>
              <w:left w:val="single" w:sz="24" w:space="0" w:color="F0A500"/>
              <w:bottom w:val="none" w:sz="0" w:space="0" w:color="FFFFFF"/>
              <w:right w:val="none" w:sz="0" w:space="0" w:color="FFFFFF"/>
            </w:tcBorders>
            <w:shd w:val="clear" w:color="auto" w:fill="F4F7FA"/>
            <w:tcMar>
              <w:top w:w="80" w:type="dxa"/>
              <w:left w:w="120" w:type="dxa"/>
              <w:bottom w:w="80" w:type="dxa"/>
              <w:right w:w="100" w:type="dxa"/>
            </w:tcMar>
          </w:tcPr>
          <w:p w14:paraId="14801025" w14:textId="77777777" w:rsidR="00436F00" w:rsidRDefault="00000000">
            <w:pPr>
              <w:spacing w:after="60"/>
            </w:pPr>
            <w:r>
              <w:rPr>
                <w:b/>
                <w:color w:val="1A3A5C"/>
                <w:sz w:val="17"/>
              </w:rPr>
              <w:t>PER EFFETTUARE IL TRANSFER OCCORRE PRESENTARE LA SEGUENTE DOCUMENTAZIONE:</w:t>
            </w:r>
          </w:p>
          <w:p w14:paraId="0FF81CB5" w14:textId="77777777" w:rsidR="00436F00" w:rsidRDefault="00000000">
            <w:pPr>
              <w:spacing w:before="30" w:after="0"/>
            </w:pPr>
            <w:r>
              <w:rPr>
                <w:b/>
                <w:color w:val="F0A500"/>
                <w:sz w:val="22"/>
              </w:rPr>
              <w:t xml:space="preserve">›  </w:t>
            </w:r>
            <w:r>
              <w:rPr>
                <w:sz w:val="16"/>
              </w:rPr>
              <w:t>Copia del certificato per il quale si richiede il subentro</w:t>
            </w:r>
          </w:p>
          <w:p w14:paraId="3C72073F" w14:textId="77777777" w:rsidR="00436F00" w:rsidRDefault="00000000">
            <w:pPr>
              <w:spacing w:before="30" w:after="0"/>
            </w:pPr>
            <w:r>
              <w:rPr>
                <w:b/>
                <w:color w:val="F0A500"/>
                <w:sz w:val="22"/>
              </w:rPr>
              <w:t xml:space="preserve">›  </w:t>
            </w:r>
            <w:r>
              <w:rPr>
                <w:sz w:val="16"/>
              </w:rPr>
              <w:t>Ultimo rapporto di certificazione o rinnovo, successivi rapporti di sorveglianza e relativi rilievi e non conformità</w:t>
            </w:r>
          </w:p>
          <w:p w14:paraId="7D8CDE44" w14:textId="77777777" w:rsidR="00436F00" w:rsidRDefault="00000000">
            <w:pPr>
              <w:spacing w:before="30" w:after="0"/>
            </w:pPr>
            <w:r>
              <w:rPr>
                <w:b/>
                <w:color w:val="F0A500"/>
                <w:sz w:val="22"/>
              </w:rPr>
              <w:t xml:space="preserve">›  </w:t>
            </w:r>
            <w:r>
              <w:rPr>
                <w:sz w:val="16"/>
              </w:rPr>
              <w:t>Non conformità segnalate dall'Organismo di Certificazione emittente non ancora chiuse</w:t>
            </w:r>
          </w:p>
          <w:p w14:paraId="2037C380" w14:textId="77777777" w:rsidR="00436F00" w:rsidRDefault="00000000">
            <w:pPr>
              <w:spacing w:before="30" w:after="0"/>
            </w:pPr>
            <w:r>
              <w:rPr>
                <w:b/>
                <w:color w:val="F0A500"/>
                <w:sz w:val="22"/>
              </w:rPr>
              <w:t xml:space="preserve">›  </w:t>
            </w:r>
            <w:r>
              <w:rPr>
                <w:sz w:val="16"/>
              </w:rPr>
              <w:t>Eventuali reclami e relative azioni correttive intraprese</w:t>
            </w:r>
          </w:p>
          <w:p w14:paraId="1653D574" w14:textId="77777777" w:rsidR="00436F00" w:rsidRDefault="00000000">
            <w:pPr>
              <w:spacing w:before="30" w:after="0"/>
            </w:pPr>
            <w:r>
              <w:rPr>
                <w:b/>
                <w:color w:val="F0A500"/>
                <w:sz w:val="22"/>
              </w:rPr>
              <w:t xml:space="preserve">›  </w:t>
            </w:r>
            <w:r>
              <w:rPr>
                <w:sz w:val="16"/>
              </w:rPr>
              <w:t>Piani e programma di audit</w:t>
            </w:r>
          </w:p>
        </w:tc>
      </w:tr>
    </w:tbl>
    <w:p w14:paraId="422C899D" w14:textId="77777777" w:rsidR="00436F00" w:rsidRDefault="00436F00">
      <w:pPr>
        <w:spacing w:after="0"/>
      </w:pPr>
    </w:p>
    <w:tbl>
      <w:tblPr>
        <w:tblW w:w="0" w:type="auto"/>
        <w:tblCellSpacing w:w="0" w:type="dxa"/>
        <w:tblLook w:val="04A0" w:firstRow="1" w:lastRow="0" w:firstColumn="1" w:lastColumn="0" w:noHBand="0" w:noVBand="1"/>
      </w:tblPr>
      <w:tblGrid>
        <w:gridCol w:w="10190"/>
      </w:tblGrid>
      <w:tr w:rsidR="00436F00" w14:paraId="6D1A9904" w14:textId="77777777">
        <w:trPr>
          <w:tblCellSpacing w:w="0" w:type="dxa"/>
        </w:trPr>
        <w:tc>
          <w:tcPr>
            <w:tcW w:w="10206" w:type="dxa"/>
            <w:tcBorders>
              <w:top w:val="single" w:sz="6" w:space="0" w:color="F0A500"/>
              <w:left w:val="single" w:sz="6" w:space="0" w:color="F0A500"/>
              <w:bottom w:val="single" w:sz="6" w:space="0" w:color="F0A500"/>
              <w:right w:val="single" w:sz="6" w:space="0" w:color="F0A500"/>
            </w:tcBorders>
            <w:shd w:val="clear" w:color="auto" w:fill="FFF8E1"/>
            <w:tcMar>
              <w:top w:w="80" w:type="dxa"/>
              <w:left w:w="100" w:type="dxa"/>
              <w:bottom w:w="80" w:type="dxa"/>
              <w:right w:w="100" w:type="dxa"/>
            </w:tcMar>
          </w:tcPr>
          <w:p w14:paraId="41A83589" w14:textId="77777777" w:rsidR="00436F00" w:rsidRDefault="00000000">
            <w:pPr>
              <w:spacing w:after="0"/>
            </w:pPr>
            <w:r>
              <w:rPr>
                <w:b/>
                <w:color w:val="7A5000"/>
                <w:sz w:val="16"/>
              </w:rPr>
              <w:t>⚠  LA MANCANZA ANCHE DI UNO SOLO DEI DOCUMENTI DI CUI SOPRA COMPORTA LA NON APPLICAZIONE DEL PROCEDIMENTO DI SUBENTRO. PERTANTO, LA PRESENTE RICHIESTA AVRÀ EFFETTO DI UNA RICHIESTA DI PRIMA CERTIFICAZIONE.</w:t>
            </w:r>
          </w:p>
        </w:tc>
      </w:tr>
    </w:tbl>
    <w:p w14:paraId="306D1CE6" w14:textId="77777777" w:rsidR="00436F00" w:rsidRDefault="00436F00">
      <w:pPr>
        <w:spacing w:after="0"/>
      </w:pPr>
    </w:p>
    <w:tbl>
      <w:tblPr>
        <w:tblW w:w="0" w:type="auto"/>
        <w:tblCellSpacing w:w="0" w:type="dxa"/>
        <w:tblLook w:val="04A0" w:firstRow="1" w:lastRow="0" w:firstColumn="1" w:lastColumn="0" w:noHBand="0" w:noVBand="1"/>
      </w:tblPr>
      <w:tblGrid>
        <w:gridCol w:w="10190"/>
      </w:tblGrid>
      <w:tr w:rsidR="00436F00" w14:paraId="772DEE6E" w14:textId="77777777">
        <w:trPr>
          <w:tblCellSpacing w:w="0" w:type="dxa"/>
        </w:trPr>
        <w:tc>
          <w:tcPr>
            <w:tcW w:w="10206" w:type="dxa"/>
            <w:tcBorders>
              <w:top w:val="single" w:sz="6" w:space="0" w:color="1A6B8A"/>
              <w:left w:val="single" w:sz="6" w:space="0" w:color="1A6B8A"/>
              <w:bottom w:val="single" w:sz="6" w:space="0" w:color="1A6B8A"/>
              <w:right w:val="single" w:sz="6" w:space="0" w:color="1A6B8A"/>
            </w:tcBorders>
            <w:shd w:val="clear" w:color="auto" w:fill="E6F3F8"/>
            <w:tcMar>
              <w:top w:w="80" w:type="dxa"/>
              <w:left w:w="100" w:type="dxa"/>
              <w:bottom w:w="80" w:type="dxa"/>
              <w:right w:w="100" w:type="dxa"/>
            </w:tcMar>
          </w:tcPr>
          <w:p w14:paraId="64FA7380" w14:textId="77777777" w:rsidR="00436F00" w:rsidRDefault="00000000">
            <w:pPr>
              <w:spacing w:after="0"/>
            </w:pPr>
            <w:r>
              <w:rPr>
                <w:b/>
                <w:color w:val="1A6B8A"/>
                <w:sz w:val="16"/>
              </w:rPr>
              <w:t>ℹ  AUTENTICERT PROVVEDERÀ AD INFORMARE IL CAB CEDENTE DELL'AVVENUTO TRASFERIMENTO DELLA CERTIFICAZIONE ED A RICHIEDERE FORMALMENTE AL CAB CEDENTE LA CONFERMA DELLA VALIDITÀ DEL CERTIFICATO PER CUI SI È RICHIESTO IL TRASFERIMENTO.</w:t>
            </w:r>
          </w:p>
        </w:tc>
      </w:tr>
    </w:tbl>
    <w:p w14:paraId="3820F89C" w14:textId="77777777" w:rsidR="00436F00" w:rsidRDefault="00436F00">
      <w:pPr>
        <w:spacing w:after="0"/>
      </w:pPr>
    </w:p>
    <w:tbl>
      <w:tblPr>
        <w:tblW w:w="0" w:type="auto"/>
        <w:tblCellSpacing w:w="0" w:type="dxa"/>
        <w:tblLook w:val="04A0" w:firstRow="1" w:lastRow="0" w:firstColumn="1" w:lastColumn="0" w:noHBand="0" w:noVBand="1"/>
      </w:tblPr>
      <w:tblGrid>
        <w:gridCol w:w="5103"/>
        <w:gridCol w:w="5103"/>
      </w:tblGrid>
      <w:tr w:rsidR="00436F00" w14:paraId="457C2451" w14:textId="77777777">
        <w:trPr>
          <w:trHeight w:hRule="exact" w:val="311"/>
          <w:tblCellSpacing w:w="0" w:type="dxa"/>
        </w:trPr>
        <w:tc>
          <w:tcPr>
            <w:tcW w:w="10206" w:type="dxa"/>
            <w:gridSpan w:val="2"/>
            <w:shd w:val="clear" w:color="auto" w:fill="1A3A5C"/>
            <w:tcMar>
              <w:top w:w="60" w:type="dxa"/>
              <w:left w:w="100" w:type="dxa"/>
              <w:bottom w:w="60" w:type="dxa"/>
              <w:right w:w="100" w:type="dxa"/>
            </w:tcMar>
          </w:tcPr>
          <w:p w14:paraId="63EE3BE1" w14:textId="77777777" w:rsidR="00436F00" w:rsidRDefault="00000000">
            <w:pPr>
              <w:spacing w:after="0"/>
            </w:pPr>
            <w:r>
              <w:rPr>
                <w:b/>
                <w:color w:val="FFFFFF"/>
              </w:rPr>
              <w:t>DATA, FIRMA DEL RAPPRESENTANTE LEGALE E TIMBRO DELL'IMPRESA</w:t>
            </w:r>
          </w:p>
        </w:tc>
      </w:tr>
      <w:tr w:rsidR="00436F00" w14:paraId="213A4F36" w14:textId="77777777">
        <w:trPr>
          <w:trHeight w:hRule="exact" w:val="283"/>
          <w:tblCellSpacing w:w="0" w:type="dxa"/>
        </w:trPr>
        <w:tc>
          <w:tcPr>
            <w:tcW w:w="5103" w:type="dxa"/>
            <w:tcBorders>
              <w:top w:val="none" w:sz="0" w:space="0" w:color="FFFFFF"/>
              <w:left w:val="none" w:sz="0" w:space="0" w:color="FFFFFF"/>
              <w:bottom w:val="none" w:sz="0" w:space="0" w:color="FFFFFF"/>
              <w:right w:val="single" w:sz="4" w:space="0" w:color="CBD8E4"/>
            </w:tcBorders>
            <w:shd w:val="clear" w:color="auto" w:fill="FFFFFF"/>
            <w:tcMar>
              <w:top w:w="60" w:type="dxa"/>
              <w:left w:w="100" w:type="dxa"/>
              <w:bottom w:w="40" w:type="dxa"/>
              <w:right w:w="100" w:type="dxa"/>
            </w:tcMar>
          </w:tcPr>
          <w:p w14:paraId="468A21C0" w14:textId="77777777" w:rsidR="00436F00" w:rsidRDefault="00000000">
            <w:pPr>
              <w:spacing w:after="0"/>
            </w:pPr>
            <w:r>
              <w:rPr>
                <w:b/>
                <w:color w:val="1A3A5C"/>
                <w:sz w:val="16"/>
              </w:rPr>
              <w:t>DATA:</w:t>
            </w:r>
          </w:p>
        </w:tc>
        <w:tc>
          <w:tcPr>
            <w:tcW w:w="5103" w:type="dxa"/>
            <w:tcBorders>
              <w:top w:val="none" w:sz="0" w:space="0" w:color="FFFFFF"/>
              <w:left w:val="none" w:sz="0" w:space="0" w:color="FFFFFF"/>
              <w:bottom w:val="none" w:sz="0" w:space="0" w:color="FFFFFF"/>
              <w:right w:val="none" w:sz="0" w:space="0" w:color="FFFFFF"/>
            </w:tcBorders>
            <w:shd w:val="clear" w:color="auto" w:fill="FFFFFF"/>
            <w:tcMar>
              <w:top w:w="60" w:type="dxa"/>
              <w:left w:w="100" w:type="dxa"/>
              <w:bottom w:w="40" w:type="dxa"/>
              <w:right w:w="100" w:type="dxa"/>
            </w:tcMar>
          </w:tcPr>
          <w:p w14:paraId="3C3D92ED" w14:textId="77777777" w:rsidR="00436F00" w:rsidRDefault="00000000">
            <w:pPr>
              <w:spacing w:after="0"/>
            </w:pPr>
            <w:r>
              <w:rPr>
                <w:b/>
                <w:color w:val="1A3A5C"/>
                <w:sz w:val="16"/>
              </w:rPr>
              <w:t>TIMBRO E FIRMA DEL LEGALE RAPPRESENTANTE:</w:t>
            </w:r>
          </w:p>
        </w:tc>
      </w:tr>
      <w:tr w:rsidR="00436F00" w14:paraId="47F56060" w14:textId="77777777">
        <w:trPr>
          <w:trHeight w:hRule="exact" w:val="567"/>
          <w:tblCellSpacing w:w="0" w:type="dxa"/>
        </w:trPr>
        <w:tc>
          <w:tcPr>
            <w:tcW w:w="5103" w:type="dxa"/>
            <w:tcBorders>
              <w:top w:val="none" w:sz="0" w:space="0" w:color="FFFFFF"/>
              <w:left w:val="none" w:sz="0" w:space="0" w:color="FFFFFF"/>
              <w:bottom w:val="single" w:sz="4" w:space="0" w:color="CBD8E4"/>
              <w:right w:val="single" w:sz="4" w:space="0" w:color="CBD8E4"/>
            </w:tcBorders>
            <w:shd w:val="clear" w:color="auto" w:fill="FFFFFF"/>
            <w:tcMar>
              <w:top w:w="60" w:type="dxa"/>
              <w:left w:w="100" w:type="dxa"/>
              <w:bottom w:w="60" w:type="dxa"/>
              <w:right w:w="100" w:type="dxa"/>
            </w:tcMar>
          </w:tcPr>
          <w:p w14:paraId="54FD9E89" w14:textId="77777777" w:rsidR="00436F00" w:rsidRDefault="00000000">
            <w:pPr>
              <w:spacing w:after="0"/>
            </w:pPr>
            <w:r>
              <w:rPr>
                <w:color w:val="CBD8E4"/>
                <w:sz w:val="16"/>
              </w:rPr>
              <w:t>________________________________________</w:t>
            </w:r>
          </w:p>
        </w:tc>
        <w:tc>
          <w:tcPr>
            <w:tcW w:w="5103" w:type="dxa"/>
            <w:tcBorders>
              <w:top w:val="none" w:sz="0" w:space="0" w:color="FFFFFF"/>
              <w:left w:val="none" w:sz="0" w:space="0" w:color="FFFFFF"/>
              <w:bottom w:val="single" w:sz="4" w:space="0" w:color="CBD8E4"/>
              <w:right w:val="none" w:sz="0" w:space="0" w:color="FFFFFF"/>
            </w:tcBorders>
            <w:shd w:val="clear" w:color="auto" w:fill="FFFFFF"/>
            <w:tcMar>
              <w:top w:w="60" w:type="dxa"/>
              <w:left w:w="100" w:type="dxa"/>
              <w:bottom w:w="60" w:type="dxa"/>
              <w:right w:w="100" w:type="dxa"/>
            </w:tcMar>
          </w:tcPr>
          <w:p w14:paraId="20B7D865" w14:textId="77777777" w:rsidR="00436F00" w:rsidRDefault="00000000">
            <w:pPr>
              <w:spacing w:after="0"/>
            </w:pPr>
            <w:r>
              <w:rPr>
                <w:color w:val="CBD8E4"/>
                <w:sz w:val="16"/>
              </w:rPr>
              <w:t>________________________________________</w:t>
            </w:r>
          </w:p>
        </w:tc>
      </w:tr>
    </w:tbl>
    <w:p w14:paraId="2B7F19DE" w14:textId="77777777" w:rsidR="00436F00" w:rsidRDefault="00436F00">
      <w:pPr>
        <w:spacing w:after="0"/>
      </w:pPr>
    </w:p>
    <w:p w14:paraId="46102F11" w14:textId="77777777" w:rsidR="00436F00" w:rsidRDefault="00000000">
      <w:pPr>
        <w:spacing w:after="0"/>
        <w:jc w:val="center"/>
      </w:pPr>
      <w:r>
        <w:rPr>
          <w:color w:val="888888"/>
          <w:sz w:val="15"/>
        </w:rPr>
        <w:t>Per maggiori informazioni in merito alle regole e ai requisiti per la certificazione Vi preghiamo di prendere visione dei regolamenti disponibili sul sito: https://autenticert.it/</w:t>
      </w:r>
    </w:p>
    <w:sectPr w:rsidR="00436F00" w:rsidSect="00034616">
      <w:headerReference w:type="default" r:id="rId8"/>
      <w:footerReference w:type="default" r:id="rId9"/>
      <w:pgSz w:w="11906" w:h="16838"/>
      <w:pgMar w:top="1814" w:right="850" w:bottom="1134" w:left="8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D232F" w14:textId="77777777" w:rsidR="006A5936" w:rsidRDefault="006A5936">
      <w:pPr>
        <w:spacing w:after="0" w:line="240" w:lineRule="auto"/>
      </w:pPr>
      <w:r>
        <w:separator/>
      </w:r>
    </w:p>
  </w:endnote>
  <w:endnote w:type="continuationSeparator" w:id="0">
    <w:p w14:paraId="406BA17A" w14:textId="77777777" w:rsidR="006A5936" w:rsidRDefault="006A5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6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AC5C5" w14:textId="77777777" w:rsidR="00436F00" w:rsidRDefault="00000000">
    <w:pPr>
      <w:pStyle w:val="Pidipagina"/>
      <w:pBdr>
        <w:top w:val="single" w:sz="6" w:space="1" w:color="CBD8E4"/>
      </w:pBdr>
      <w:spacing w:before="40"/>
      <w:jc w:val="center"/>
    </w:pPr>
    <w:r>
      <w:rPr>
        <w:color w:val="1A6B8A"/>
        <w:sz w:val="15"/>
      </w:rPr>
      <w:t>Per maggiori informazioni: https://autenticert.it/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8D976" w14:textId="77777777" w:rsidR="006A5936" w:rsidRDefault="006A5936">
      <w:pPr>
        <w:spacing w:after="0" w:line="240" w:lineRule="auto"/>
      </w:pPr>
      <w:r>
        <w:separator/>
      </w:r>
    </w:p>
  </w:footnote>
  <w:footnote w:type="continuationSeparator" w:id="0">
    <w:p w14:paraId="7748B217" w14:textId="77777777" w:rsidR="006A5936" w:rsidRDefault="006A59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9E696" w14:textId="77777777" w:rsidR="00436F00" w:rsidRDefault="00436F00">
    <w:pPr>
      <w:pStyle w:val="Intestazione"/>
    </w:pPr>
  </w:p>
  <w:tbl>
    <w:tblPr>
      <w:tblW w:w="0" w:type="auto"/>
      <w:tblCellSpacing w:w="0" w:type="dxa"/>
      <w:tblLook w:val="04A0" w:firstRow="1" w:lastRow="0" w:firstColumn="1" w:lastColumn="0" w:noHBand="0" w:noVBand="1"/>
    </w:tblPr>
    <w:tblGrid>
      <w:gridCol w:w="3402"/>
      <w:gridCol w:w="3402"/>
      <w:gridCol w:w="3402"/>
    </w:tblGrid>
    <w:tr w:rsidR="00436F00" w14:paraId="71576296" w14:textId="77777777">
      <w:trPr>
        <w:tblCellSpacing w:w="0" w:type="dxa"/>
      </w:trPr>
      <w:tc>
        <w:tcPr>
          <w:tcW w:w="3402" w:type="dxa"/>
          <w:shd w:val="clear" w:color="auto" w:fill="FFFFFF"/>
          <w:tcMar>
            <w:top w:w="40" w:type="dxa"/>
            <w:left w:w="0" w:type="dxa"/>
            <w:bottom w:w="40" w:type="dxa"/>
            <w:right w:w="80" w:type="dxa"/>
          </w:tcMar>
          <w:vAlign w:val="center"/>
        </w:tcPr>
        <w:p w14:paraId="3500094B" w14:textId="77777777" w:rsidR="00436F00" w:rsidRDefault="00000000">
          <w:pPr>
            <w:spacing w:after="0"/>
          </w:pPr>
          <w:r>
            <w:rPr>
              <w:noProof/>
            </w:rPr>
            <w:drawing>
              <wp:inline distT="0" distB="0" distL="0" distR="0" wp14:anchorId="52AD8D31" wp14:editId="670E6671">
                <wp:extent cx="1260000" cy="321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eg"/>
                        <pic:cNvPicPr/>
                      </pic:nvPicPr>
                      <pic:blipFill>
                        <a:blip r:embed="rId1"/>
                        <a:stretch>
                          <a:fillRect/>
                        </a:stretch>
                      </pic:blipFill>
                      <pic:spPr>
                        <a:xfrm>
                          <a:off x="0" y="0"/>
                          <a:ext cx="1260000" cy="321300"/>
                        </a:xfrm>
                        <a:prstGeom prst="rect">
                          <a:avLst/>
                        </a:prstGeom>
                      </pic:spPr>
                    </pic:pic>
                  </a:graphicData>
                </a:graphic>
              </wp:inline>
            </w:drawing>
          </w:r>
        </w:p>
      </w:tc>
      <w:tc>
        <w:tcPr>
          <w:tcW w:w="3402" w:type="dxa"/>
          <w:shd w:val="clear" w:color="auto" w:fill="1A3A5C"/>
          <w:tcMar>
            <w:top w:w="80" w:type="dxa"/>
            <w:left w:w="120" w:type="dxa"/>
            <w:bottom w:w="80" w:type="dxa"/>
            <w:right w:w="120" w:type="dxa"/>
          </w:tcMar>
          <w:vAlign w:val="center"/>
        </w:tcPr>
        <w:p w14:paraId="5D716560" w14:textId="77668AE9" w:rsidR="00436F00" w:rsidRPr="000C179C" w:rsidRDefault="00000000" w:rsidP="000C179C">
          <w:pPr>
            <w:spacing w:after="0"/>
            <w:jc w:val="center"/>
            <w:rPr>
              <w:color w:val="F0A500"/>
              <w:sz w:val="17"/>
            </w:rPr>
          </w:pPr>
          <w:r>
            <w:rPr>
              <w:b/>
              <w:color w:val="FFFFFF"/>
              <w:sz w:val="19"/>
            </w:rPr>
            <w:t>Mod.16-01 — RICHIESTA OFFERTA CERTIFICAZIONE</w:t>
          </w:r>
          <w:r>
            <w:rPr>
              <w:b/>
              <w:color w:val="FFFFFF"/>
              <w:sz w:val="19"/>
            </w:rPr>
            <w:br/>
          </w:r>
          <w:r>
            <w:rPr>
              <w:color w:val="F0A500"/>
              <w:sz w:val="17"/>
            </w:rPr>
            <w:t>ISO 13009 / UNI 11911</w:t>
          </w:r>
          <w:r w:rsidR="006E4717">
            <w:rPr>
              <w:color w:val="F0A500"/>
              <w:sz w:val="17"/>
            </w:rPr>
            <w:t xml:space="preserve"> </w:t>
          </w:r>
        </w:p>
      </w:tc>
      <w:tc>
        <w:tcPr>
          <w:tcW w:w="3402" w:type="dxa"/>
          <w:shd w:val="clear" w:color="auto" w:fill="F4F7FA"/>
          <w:tcMar>
            <w:top w:w="60" w:type="dxa"/>
            <w:left w:w="80" w:type="dxa"/>
            <w:bottom w:w="60" w:type="dxa"/>
            <w:right w:w="80" w:type="dxa"/>
          </w:tcMar>
          <w:vAlign w:val="center"/>
        </w:tcPr>
        <w:p w14:paraId="624AF9A0" w14:textId="53439D65" w:rsidR="00436F00" w:rsidRDefault="00000000">
          <w:pPr>
            <w:spacing w:after="0"/>
            <w:jc w:val="center"/>
          </w:pPr>
          <w:r>
            <w:rPr>
              <w:b/>
              <w:color w:val="1A3A5C"/>
              <w:sz w:val="16"/>
            </w:rPr>
            <w:t xml:space="preserve">DATA: </w:t>
          </w:r>
          <w:r w:rsidR="008B6605">
            <w:rPr>
              <w:b/>
              <w:color w:val="1A3A5C"/>
              <w:sz w:val="16"/>
            </w:rPr>
            <w:t>2</w:t>
          </w:r>
          <w:r w:rsidR="00094B0A">
            <w:rPr>
              <w:b/>
              <w:color w:val="1A3A5C"/>
              <w:sz w:val="16"/>
            </w:rPr>
            <w:t>8</w:t>
          </w:r>
          <w:r w:rsidR="008B6605">
            <w:rPr>
              <w:b/>
              <w:color w:val="1A3A5C"/>
              <w:sz w:val="16"/>
            </w:rPr>
            <w:t>/0</w:t>
          </w:r>
          <w:r w:rsidR="00094B0A">
            <w:rPr>
              <w:b/>
              <w:color w:val="1A3A5C"/>
              <w:sz w:val="16"/>
            </w:rPr>
            <w:t>8</w:t>
          </w:r>
          <w:r w:rsidR="008B6605">
            <w:rPr>
              <w:b/>
              <w:color w:val="1A3A5C"/>
              <w:sz w:val="16"/>
            </w:rPr>
            <w:t>/2026</w:t>
          </w:r>
          <w:r>
            <w:rPr>
              <w:b/>
              <w:color w:val="1A3A5C"/>
              <w:sz w:val="16"/>
            </w:rPr>
            <w:br/>
          </w:r>
          <w:r>
            <w:rPr>
              <w:color w:val="888888"/>
              <w:sz w:val="15"/>
            </w:rPr>
            <w:t>REV. No. 0</w:t>
          </w:r>
          <w:r w:rsidR="00094B0A">
            <w:rPr>
              <w:color w:val="888888"/>
              <w:sz w:val="15"/>
            </w:rPr>
            <w:t>1</w:t>
          </w:r>
        </w:p>
      </w:tc>
    </w:tr>
  </w:tbl>
  <w:p w14:paraId="406E112C" w14:textId="77777777" w:rsidR="00436F00" w:rsidRDefault="00436F00">
    <w:pPr>
      <w:pBdr>
        <w:bottom w:val="single" w:sz="18" w:space="1" w:color="F0A500"/>
      </w:pBdr>
      <w:spacing w:before="60"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oelenco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oelenco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Puntoelenco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Puntoelenco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oelenco"/>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Puntoelenco"/>
      <w:lvlText w:val=""/>
      <w:lvlJc w:val="left"/>
      <w:pPr>
        <w:tabs>
          <w:tab w:val="num" w:pos="360"/>
        </w:tabs>
        <w:ind w:left="360" w:hanging="360"/>
      </w:pPr>
      <w:rPr>
        <w:rFonts w:ascii="Symbol" w:hAnsi="Symbol" w:hint="default"/>
      </w:rPr>
    </w:lvl>
  </w:abstractNum>
  <w:num w:numId="1" w16cid:durableId="539979745">
    <w:abstractNumId w:val="8"/>
  </w:num>
  <w:num w:numId="2" w16cid:durableId="1527139984">
    <w:abstractNumId w:val="6"/>
  </w:num>
  <w:num w:numId="3" w16cid:durableId="1348873285">
    <w:abstractNumId w:val="5"/>
  </w:num>
  <w:num w:numId="4" w16cid:durableId="478572312">
    <w:abstractNumId w:val="4"/>
  </w:num>
  <w:num w:numId="5" w16cid:durableId="363092434">
    <w:abstractNumId w:val="7"/>
  </w:num>
  <w:num w:numId="6" w16cid:durableId="1564829850">
    <w:abstractNumId w:val="3"/>
  </w:num>
  <w:num w:numId="7" w16cid:durableId="1859348253">
    <w:abstractNumId w:val="2"/>
  </w:num>
  <w:num w:numId="8" w16cid:durableId="1526558338">
    <w:abstractNumId w:val="1"/>
  </w:num>
  <w:num w:numId="9" w16cid:durableId="342245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4B0A"/>
    <w:rsid w:val="000A3D2C"/>
    <w:rsid w:val="000C179C"/>
    <w:rsid w:val="000F1CB9"/>
    <w:rsid w:val="0015074B"/>
    <w:rsid w:val="001C525B"/>
    <w:rsid w:val="0029639D"/>
    <w:rsid w:val="002B702D"/>
    <w:rsid w:val="00326F90"/>
    <w:rsid w:val="00427D02"/>
    <w:rsid w:val="004343D5"/>
    <w:rsid w:val="00436F00"/>
    <w:rsid w:val="00463851"/>
    <w:rsid w:val="00556E66"/>
    <w:rsid w:val="00666C8E"/>
    <w:rsid w:val="006A5936"/>
    <w:rsid w:val="006E4717"/>
    <w:rsid w:val="008B6605"/>
    <w:rsid w:val="00921D25"/>
    <w:rsid w:val="00AA1D8D"/>
    <w:rsid w:val="00AC01B3"/>
    <w:rsid w:val="00B47730"/>
    <w:rsid w:val="00CB0664"/>
    <w:rsid w:val="00F532E6"/>
    <w:rsid w:val="00FA774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D631C4"/>
  <w14:defaultImageDpi w14:val="300"/>
  <w15:docId w15:val="{624ED83B-B6DE-460F-8E86-571767D7F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C693F"/>
    <w:rPr>
      <w:rFonts w:ascii="Calibri" w:hAnsi="Calibri"/>
      <w:color w:val="1C2B3A"/>
      <w:sz w:val="18"/>
    </w:rPr>
  </w:style>
  <w:style w:type="paragraph" w:styleId="Titolo1">
    <w:name w:val="heading 1"/>
    <w:basedOn w:val="Normale"/>
    <w:next w:val="Normale"/>
    <w:link w:val="Titolo1Carattere"/>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olo9">
    <w:name w:val="heading 9"/>
    <w:basedOn w:val="Normale"/>
    <w:next w:val="Normale"/>
    <w:link w:val="Titolo9Carattere"/>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618BF"/>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E618BF"/>
  </w:style>
  <w:style w:type="paragraph" w:styleId="Pidipagina">
    <w:name w:val="footer"/>
    <w:basedOn w:val="Normale"/>
    <w:link w:val="PidipaginaCarattere"/>
    <w:uiPriority w:val="99"/>
    <w:unhideWhenUsed/>
    <w:rsid w:val="00E618BF"/>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E618BF"/>
  </w:style>
  <w:style w:type="paragraph" w:styleId="Nessunaspaziatura">
    <w:name w:val="No Spacing"/>
    <w:uiPriority w:val="1"/>
    <w:qFormat/>
    <w:rsid w:val="00FC693F"/>
    <w:pPr>
      <w:spacing w:after="0" w:line="240" w:lineRule="auto"/>
    </w:pPr>
  </w:style>
  <w:style w:type="character" w:customStyle="1" w:styleId="Titolo1Carattere">
    <w:name w:val="Titolo 1 Carattere"/>
    <w:basedOn w:val="Carpredefinitoparagrafo"/>
    <w:link w:val="Tito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uiPriority w:val="9"/>
    <w:rsid w:val="00FC693F"/>
    <w:rPr>
      <w:rFonts w:asciiTheme="majorHAnsi" w:eastAsiaTheme="majorEastAsia" w:hAnsiTheme="majorHAnsi" w:cstheme="majorBidi"/>
      <w:b/>
      <w:bCs/>
      <w:color w:val="4F81BD" w:themeColor="accent1"/>
      <w:sz w:val="26"/>
      <w:szCs w:val="26"/>
    </w:rPr>
  </w:style>
  <w:style w:type="character" w:customStyle="1" w:styleId="Titolo3Carattere">
    <w:name w:val="Titolo 3 Carattere"/>
    <w:basedOn w:val="Carpredefinitoparagrafo"/>
    <w:link w:val="Titolo3"/>
    <w:uiPriority w:val="9"/>
    <w:rsid w:val="00FC693F"/>
    <w:rPr>
      <w:rFonts w:asciiTheme="majorHAnsi" w:eastAsiaTheme="majorEastAsia" w:hAnsiTheme="majorHAnsi" w:cstheme="majorBidi"/>
      <w:b/>
      <w:bCs/>
      <w:color w:val="4F81BD" w:themeColor="accent1"/>
    </w:rPr>
  </w:style>
  <w:style w:type="paragraph" w:styleId="Titolo">
    <w:name w:val="Title"/>
    <w:basedOn w:val="Normale"/>
    <w:next w:val="Normale"/>
    <w:link w:val="TitoloCarattere"/>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ttotitolo">
    <w:name w:val="Subtitle"/>
    <w:basedOn w:val="Normale"/>
    <w:next w:val="Normale"/>
    <w:link w:val="SottotitoloCarattere"/>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basedOn w:val="Carpredefinitoparagrafo"/>
    <w:link w:val="Sottotitolo"/>
    <w:uiPriority w:val="11"/>
    <w:rsid w:val="00FC693F"/>
    <w:rPr>
      <w:rFonts w:asciiTheme="majorHAnsi" w:eastAsiaTheme="majorEastAsia" w:hAnsiTheme="majorHAnsi" w:cstheme="majorBidi"/>
      <w:i/>
      <w:iCs/>
      <w:color w:val="4F81BD" w:themeColor="accent1"/>
      <w:spacing w:val="15"/>
      <w:sz w:val="24"/>
      <w:szCs w:val="24"/>
    </w:rPr>
  </w:style>
  <w:style w:type="paragraph" w:styleId="Paragrafoelenco">
    <w:name w:val="List Paragraph"/>
    <w:basedOn w:val="Normale"/>
    <w:uiPriority w:val="34"/>
    <w:qFormat/>
    <w:rsid w:val="00FC693F"/>
    <w:pPr>
      <w:ind w:left="720"/>
      <w:contextualSpacing/>
    </w:pPr>
  </w:style>
  <w:style w:type="paragraph" w:styleId="Corpotesto">
    <w:name w:val="Body Text"/>
    <w:basedOn w:val="Normale"/>
    <w:link w:val="CorpotestoCarattere"/>
    <w:uiPriority w:val="99"/>
    <w:unhideWhenUsed/>
    <w:rsid w:val="00AA1D8D"/>
    <w:pPr>
      <w:spacing w:after="120"/>
    </w:pPr>
  </w:style>
  <w:style w:type="character" w:customStyle="1" w:styleId="CorpotestoCarattere">
    <w:name w:val="Corpo testo Carattere"/>
    <w:basedOn w:val="Carpredefinitoparagrafo"/>
    <w:link w:val="Corpotesto"/>
    <w:uiPriority w:val="99"/>
    <w:rsid w:val="00AA1D8D"/>
  </w:style>
  <w:style w:type="paragraph" w:styleId="Corpodeltesto2">
    <w:name w:val="Body Text 2"/>
    <w:basedOn w:val="Normale"/>
    <w:link w:val="Corpodeltesto2Carattere"/>
    <w:uiPriority w:val="99"/>
    <w:unhideWhenUsed/>
    <w:rsid w:val="00AA1D8D"/>
    <w:pPr>
      <w:spacing w:after="120" w:line="480" w:lineRule="auto"/>
    </w:pPr>
  </w:style>
  <w:style w:type="character" w:customStyle="1" w:styleId="Corpodeltesto2Carattere">
    <w:name w:val="Corpo del testo 2 Carattere"/>
    <w:basedOn w:val="Carpredefinitoparagrafo"/>
    <w:link w:val="Corpodeltesto2"/>
    <w:uiPriority w:val="99"/>
    <w:rsid w:val="00AA1D8D"/>
  </w:style>
  <w:style w:type="paragraph" w:styleId="Corpodeltesto3">
    <w:name w:val="Body Text 3"/>
    <w:basedOn w:val="Normale"/>
    <w:link w:val="Corpodeltesto3Carattere"/>
    <w:uiPriority w:val="99"/>
    <w:unhideWhenUsed/>
    <w:rsid w:val="00AA1D8D"/>
    <w:pPr>
      <w:spacing w:after="120"/>
    </w:pPr>
    <w:rPr>
      <w:sz w:val="16"/>
      <w:szCs w:val="16"/>
    </w:rPr>
  </w:style>
  <w:style w:type="character" w:customStyle="1" w:styleId="Corpodeltesto3Carattere">
    <w:name w:val="Corpo del testo 3 Carattere"/>
    <w:basedOn w:val="Carpredefinitoparagrafo"/>
    <w:link w:val="Corpodeltesto3"/>
    <w:uiPriority w:val="99"/>
    <w:rsid w:val="00AA1D8D"/>
    <w:rPr>
      <w:sz w:val="16"/>
      <w:szCs w:val="16"/>
    </w:rPr>
  </w:style>
  <w:style w:type="paragraph" w:styleId="Elenco">
    <w:name w:val="List"/>
    <w:basedOn w:val="Normale"/>
    <w:uiPriority w:val="99"/>
    <w:unhideWhenUsed/>
    <w:rsid w:val="00AA1D8D"/>
    <w:pPr>
      <w:ind w:left="360" w:hanging="360"/>
      <w:contextualSpacing/>
    </w:pPr>
  </w:style>
  <w:style w:type="paragraph" w:styleId="Elenco2">
    <w:name w:val="List 2"/>
    <w:basedOn w:val="Normale"/>
    <w:uiPriority w:val="99"/>
    <w:unhideWhenUsed/>
    <w:rsid w:val="00326F90"/>
    <w:pPr>
      <w:ind w:left="720" w:hanging="360"/>
      <w:contextualSpacing/>
    </w:pPr>
  </w:style>
  <w:style w:type="paragraph" w:styleId="Elenco3">
    <w:name w:val="List 3"/>
    <w:basedOn w:val="Normale"/>
    <w:uiPriority w:val="99"/>
    <w:unhideWhenUsed/>
    <w:rsid w:val="00326F90"/>
    <w:pPr>
      <w:ind w:left="1080" w:hanging="360"/>
      <w:contextualSpacing/>
    </w:pPr>
  </w:style>
  <w:style w:type="paragraph" w:styleId="Puntoelenco">
    <w:name w:val="List Bullet"/>
    <w:basedOn w:val="Normale"/>
    <w:uiPriority w:val="99"/>
    <w:unhideWhenUsed/>
    <w:rsid w:val="00326F90"/>
    <w:pPr>
      <w:numPr>
        <w:numId w:val="1"/>
      </w:numPr>
      <w:contextualSpacing/>
    </w:pPr>
  </w:style>
  <w:style w:type="paragraph" w:styleId="Puntoelenco2">
    <w:name w:val="List Bullet 2"/>
    <w:basedOn w:val="Normale"/>
    <w:uiPriority w:val="99"/>
    <w:unhideWhenUsed/>
    <w:rsid w:val="00326F90"/>
    <w:pPr>
      <w:numPr>
        <w:numId w:val="2"/>
      </w:numPr>
      <w:contextualSpacing/>
    </w:pPr>
  </w:style>
  <w:style w:type="paragraph" w:styleId="Puntoelenco3">
    <w:name w:val="List Bullet 3"/>
    <w:basedOn w:val="Normale"/>
    <w:uiPriority w:val="99"/>
    <w:unhideWhenUsed/>
    <w:rsid w:val="00326F90"/>
    <w:pPr>
      <w:numPr>
        <w:numId w:val="3"/>
      </w:numPr>
      <w:contextualSpacing/>
    </w:pPr>
  </w:style>
  <w:style w:type="paragraph" w:styleId="Numeroelenco">
    <w:name w:val="List Number"/>
    <w:basedOn w:val="Normale"/>
    <w:uiPriority w:val="99"/>
    <w:unhideWhenUsed/>
    <w:rsid w:val="00326F90"/>
    <w:pPr>
      <w:numPr>
        <w:numId w:val="5"/>
      </w:numPr>
      <w:contextualSpacing/>
    </w:pPr>
  </w:style>
  <w:style w:type="paragraph" w:styleId="Numeroelenco2">
    <w:name w:val="List Number 2"/>
    <w:basedOn w:val="Normale"/>
    <w:uiPriority w:val="99"/>
    <w:unhideWhenUsed/>
    <w:rsid w:val="0029639D"/>
    <w:pPr>
      <w:numPr>
        <w:numId w:val="6"/>
      </w:numPr>
      <w:contextualSpacing/>
    </w:pPr>
  </w:style>
  <w:style w:type="paragraph" w:styleId="Numeroelenco3">
    <w:name w:val="List Number 3"/>
    <w:basedOn w:val="Normale"/>
    <w:uiPriority w:val="99"/>
    <w:unhideWhenUsed/>
    <w:rsid w:val="0029639D"/>
    <w:pPr>
      <w:numPr>
        <w:numId w:val="7"/>
      </w:numPr>
      <w:contextualSpacing/>
    </w:pPr>
  </w:style>
  <w:style w:type="paragraph" w:styleId="Elencocontinua">
    <w:name w:val="List Continue"/>
    <w:basedOn w:val="Normale"/>
    <w:uiPriority w:val="99"/>
    <w:unhideWhenUsed/>
    <w:rsid w:val="0029639D"/>
    <w:pPr>
      <w:spacing w:after="120"/>
      <w:ind w:left="360"/>
      <w:contextualSpacing/>
    </w:pPr>
  </w:style>
  <w:style w:type="paragraph" w:styleId="Elencocontinua2">
    <w:name w:val="List Continue 2"/>
    <w:basedOn w:val="Normale"/>
    <w:uiPriority w:val="99"/>
    <w:unhideWhenUsed/>
    <w:rsid w:val="0029639D"/>
    <w:pPr>
      <w:spacing w:after="120"/>
      <w:ind w:left="720"/>
      <w:contextualSpacing/>
    </w:pPr>
  </w:style>
  <w:style w:type="paragraph" w:styleId="Elencocontinua3">
    <w:name w:val="List Continue 3"/>
    <w:basedOn w:val="Normale"/>
    <w:uiPriority w:val="99"/>
    <w:unhideWhenUsed/>
    <w:rsid w:val="0029639D"/>
    <w:pPr>
      <w:spacing w:after="120"/>
      <w:ind w:left="1080"/>
      <w:contextualSpacing/>
    </w:pPr>
  </w:style>
  <w:style w:type="paragraph" w:styleId="Testomacro">
    <w:name w:val="macro"/>
    <w:link w:val="TestomacroCarattere"/>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stomacroCarattere">
    <w:name w:val="Testo macro Carattere"/>
    <w:basedOn w:val="Carpredefinitoparagrafo"/>
    <w:link w:val="Testomacro"/>
    <w:uiPriority w:val="99"/>
    <w:rsid w:val="0029639D"/>
    <w:rPr>
      <w:rFonts w:ascii="Courier" w:hAnsi="Courier"/>
      <w:sz w:val="20"/>
      <w:szCs w:val="20"/>
    </w:rPr>
  </w:style>
  <w:style w:type="paragraph" w:styleId="Citazione">
    <w:name w:val="Quote"/>
    <w:basedOn w:val="Normale"/>
    <w:next w:val="Normale"/>
    <w:link w:val="CitazioneCarattere"/>
    <w:uiPriority w:val="29"/>
    <w:qFormat/>
    <w:rsid w:val="00FC693F"/>
    <w:rPr>
      <w:i/>
      <w:iCs/>
      <w:color w:val="000000" w:themeColor="text1"/>
    </w:rPr>
  </w:style>
  <w:style w:type="character" w:customStyle="1" w:styleId="CitazioneCarattere">
    <w:name w:val="Citazione Carattere"/>
    <w:basedOn w:val="Carpredefinitoparagrafo"/>
    <w:link w:val="Citazione"/>
    <w:uiPriority w:val="29"/>
    <w:rsid w:val="00FC693F"/>
    <w:rPr>
      <w:i/>
      <w:iCs/>
      <w:color w:val="000000" w:themeColor="text1"/>
    </w:rPr>
  </w:style>
  <w:style w:type="character" w:customStyle="1" w:styleId="Titolo4Carattere">
    <w:name w:val="Titolo 4 Carattere"/>
    <w:basedOn w:val="Carpredefinitoparagrafo"/>
    <w:link w:val="Titolo4"/>
    <w:uiPriority w:val="9"/>
    <w:semiHidden/>
    <w:rsid w:val="00FC693F"/>
    <w:rPr>
      <w:rFonts w:asciiTheme="majorHAnsi" w:eastAsiaTheme="majorEastAsia" w:hAnsiTheme="majorHAnsi" w:cstheme="majorBidi"/>
      <w:b/>
      <w:bCs/>
      <w:i/>
      <w:iCs/>
      <w:color w:val="4F81BD" w:themeColor="accent1"/>
    </w:rPr>
  </w:style>
  <w:style w:type="character" w:customStyle="1" w:styleId="Titolo5Carattere">
    <w:name w:val="Titolo 5 Carattere"/>
    <w:basedOn w:val="Carpredefinitoparagrafo"/>
    <w:link w:val="Titolo5"/>
    <w:uiPriority w:val="9"/>
    <w:semiHidden/>
    <w:rsid w:val="00FC693F"/>
    <w:rPr>
      <w:rFonts w:asciiTheme="majorHAnsi" w:eastAsiaTheme="majorEastAsia" w:hAnsiTheme="majorHAnsi" w:cstheme="majorBidi"/>
      <w:color w:val="243F60" w:themeColor="accent1" w:themeShade="7F"/>
    </w:rPr>
  </w:style>
  <w:style w:type="character" w:customStyle="1" w:styleId="Titolo6Carattere">
    <w:name w:val="Titolo 6 Carattere"/>
    <w:basedOn w:val="Carpredefinitoparagrafo"/>
    <w:link w:val="Titolo6"/>
    <w:uiPriority w:val="9"/>
    <w:semiHidden/>
    <w:rsid w:val="00FC693F"/>
    <w:rPr>
      <w:rFonts w:asciiTheme="majorHAnsi" w:eastAsiaTheme="majorEastAsia" w:hAnsiTheme="majorHAnsi" w:cstheme="majorBidi"/>
      <w:i/>
      <w:iCs/>
      <w:color w:val="243F60" w:themeColor="accent1" w:themeShade="7F"/>
    </w:rPr>
  </w:style>
  <w:style w:type="character" w:customStyle="1" w:styleId="Titolo7Carattere">
    <w:name w:val="Titolo 7 Carattere"/>
    <w:basedOn w:val="Carpredefinitoparagrafo"/>
    <w:link w:val="Titolo7"/>
    <w:uiPriority w:val="9"/>
    <w:semiHidden/>
    <w:rsid w:val="00FC693F"/>
    <w:rPr>
      <w:rFonts w:asciiTheme="majorHAnsi" w:eastAsiaTheme="majorEastAsia" w:hAnsiTheme="majorHAnsi" w:cstheme="majorBidi"/>
      <w:i/>
      <w:iCs/>
      <w:color w:val="404040" w:themeColor="text1" w:themeTint="BF"/>
    </w:rPr>
  </w:style>
  <w:style w:type="character" w:customStyle="1" w:styleId="Titolo8Carattere">
    <w:name w:val="Titolo 8 Carattere"/>
    <w:basedOn w:val="Carpredefinitoparagrafo"/>
    <w:link w:val="Titolo8"/>
    <w:uiPriority w:val="9"/>
    <w:semiHidden/>
    <w:rsid w:val="00FC693F"/>
    <w:rPr>
      <w:rFonts w:asciiTheme="majorHAnsi" w:eastAsiaTheme="majorEastAsia" w:hAnsiTheme="majorHAnsi" w:cstheme="majorBidi"/>
      <w:color w:val="4F81BD" w:themeColor="accent1"/>
      <w:sz w:val="20"/>
      <w:szCs w:val="20"/>
    </w:rPr>
  </w:style>
  <w:style w:type="character" w:customStyle="1" w:styleId="Titolo9Carattere">
    <w:name w:val="Titolo 9 Carattere"/>
    <w:basedOn w:val="Carpredefinitoparagrafo"/>
    <w:link w:val="Titolo9"/>
    <w:uiPriority w:val="9"/>
    <w:semiHidden/>
    <w:rsid w:val="00FC693F"/>
    <w:rPr>
      <w:rFonts w:asciiTheme="majorHAnsi" w:eastAsiaTheme="majorEastAsia" w:hAnsiTheme="majorHAnsi" w:cstheme="majorBidi"/>
      <w:i/>
      <w:iCs/>
      <w:color w:val="404040" w:themeColor="text1" w:themeTint="BF"/>
      <w:sz w:val="20"/>
      <w:szCs w:val="20"/>
    </w:rPr>
  </w:style>
  <w:style w:type="paragraph" w:styleId="Didascalia">
    <w:name w:val="caption"/>
    <w:basedOn w:val="Normale"/>
    <w:next w:val="Normale"/>
    <w:uiPriority w:val="35"/>
    <w:semiHidden/>
    <w:unhideWhenUsed/>
    <w:qFormat/>
    <w:rsid w:val="00FC693F"/>
    <w:pPr>
      <w:spacing w:line="240" w:lineRule="auto"/>
    </w:pPr>
    <w:rPr>
      <w:b/>
      <w:bCs/>
      <w:color w:val="4F81BD" w:themeColor="accent1"/>
      <w:szCs w:val="18"/>
    </w:rPr>
  </w:style>
  <w:style w:type="character" w:styleId="Enfasigrassetto">
    <w:name w:val="Strong"/>
    <w:basedOn w:val="Carpredefinitoparagrafo"/>
    <w:uiPriority w:val="22"/>
    <w:qFormat/>
    <w:rsid w:val="00FC693F"/>
    <w:rPr>
      <w:b/>
      <w:bCs/>
    </w:rPr>
  </w:style>
  <w:style w:type="character" w:styleId="Enfasicorsivo">
    <w:name w:val="Emphasis"/>
    <w:basedOn w:val="Carpredefinitoparagrafo"/>
    <w:uiPriority w:val="20"/>
    <w:qFormat/>
    <w:rsid w:val="00FC693F"/>
    <w:rPr>
      <w:i/>
      <w:iCs/>
    </w:rPr>
  </w:style>
  <w:style w:type="paragraph" w:styleId="Citazioneintensa">
    <w:name w:val="Intense Quote"/>
    <w:basedOn w:val="Normale"/>
    <w:next w:val="Normale"/>
    <w:link w:val="CitazioneintensaCarattere"/>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zioneintensaCarattere">
    <w:name w:val="Citazione intensa Carattere"/>
    <w:basedOn w:val="Carpredefinitoparagrafo"/>
    <w:link w:val="Citazioneintensa"/>
    <w:uiPriority w:val="30"/>
    <w:rsid w:val="00FC693F"/>
    <w:rPr>
      <w:b/>
      <w:bCs/>
      <w:i/>
      <w:iCs/>
      <w:color w:val="4F81BD" w:themeColor="accent1"/>
    </w:rPr>
  </w:style>
  <w:style w:type="character" w:styleId="Enfasidelicata">
    <w:name w:val="Subtle Emphasis"/>
    <w:basedOn w:val="Carpredefinitoparagrafo"/>
    <w:uiPriority w:val="19"/>
    <w:qFormat/>
    <w:rsid w:val="00FC693F"/>
    <w:rPr>
      <w:i/>
      <w:iCs/>
      <w:color w:val="808080" w:themeColor="text1" w:themeTint="7F"/>
    </w:rPr>
  </w:style>
  <w:style w:type="character" w:styleId="Enfasiintensa">
    <w:name w:val="Intense Emphasis"/>
    <w:basedOn w:val="Carpredefinitoparagrafo"/>
    <w:uiPriority w:val="21"/>
    <w:qFormat/>
    <w:rsid w:val="00FC693F"/>
    <w:rPr>
      <w:b/>
      <w:bCs/>
      <w:i/>
      <w:iCs/>
      <w:color w:val="4F81BD" w:themeColor="accent1"/>
    </w:rPr>
  </w:style>
  <w:style w:type="character" w:styleId="Riferimentodelicato">
    <w:name w:val="Subtle Reference"/>
    <w:basedOn w:val="Carpredefinitoparagrafo"/>
    <w:uiPriority w:val="31"/>
    <w:qFormat/>
    <w:rsid w:val="00FC693F"/>
    <w:rPr>
      <w:smallCaps/>
      <w:color w:val="C0504D" w:themeColor="accent2"/>
      <w:u w:val="single"/>
    </w:rPr>
  </w:style>
  <w:style w:type="character" w:styleId="Riferimentointenso">
    <w:name w:val="Intense Reference"/>
    <w:basedOn w:val="Carpredefinitoparagrafo"/>
    <w:uiPriority w:val="32"/>
    <w:qFormat/>
    <w:rsid w:val="00FC693F"/>
    <w:rPr>
      <w:b/>
      <w:bCs/>
      <w:smallCaps/>
      <w:color w:val="C0504D" w:themeColor="accent2"/>
      <w:spacing w:val="5"/>
      <w:u w:val="single"/>
    </w:rPr>
  </w:style>
  <w:style w:type="character" w:styleId="Titolodellibro">
    <w:name w:val="Book Title"/>
    <w:basedOn w:val="Carpredefinitoparagrafo"/>
    <w:uiPriority w:val="33"/>
    <w:qFormat/>
    <w:rsid w:val="00FC693F"/>
    <w:rPr>
      <w:b/>
      <w:bCs/>
      <w:smallCaps/>
      <w:spacing w:val="5"/>
    </w:rPr>
  </w:style>
  <w:style w:type="paragraph" w:styleId="Titolosommario">
    <w:name w:val="TOC Heading"/>
    <w:basedOn w:val="Titolo1"/>
    <w:next w:val="Normale"/>
    <w:uiPriority w:val="39"/>
    <w:semiHidden/>
    <w:unhideWhenUsed/>
    <w:qFormat/>
    <w:rsid w:val="00FC693F"/>
    <w:pPr>
      <w:outlineLvl w:val="9"/>
    </w:pPr>
  </w:style>
  <w:style w:type="table" w:styleId="Grigliatabella">
    <w:name w:val="Table Grid"/>
    <w:basedOn w:val="Tabellanorma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fondochiaro">
    <w:name w:val="Light Shading"/>
    <w:basedOn w:val="Tabellanorma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chiaro-Colore1">
    <w:name w:val="Light Shading Accent 1"/>
    <w:basedOn w:val="Tabellanorma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fondochiaro-Colore2">
    <w:name w:val="Light Shading Accent 2"/>
    <w:basedOn w:val="Tabellanorma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fondochiaro-Colore3">
    <w:name w:val="Light Shading Accent 3"/>
    <w:basedOn w:val="Tabellanorma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fondochiaro-Colore4">
    <w:name w:val="Light Shading Accent 4"/>
    <w:basedOn w:val="Tabellanorma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fondochiaro-Colore5">
    <w:name w:val="Light Shading Accent 5"/>
    <w:basedOn w:val="Tabellanorma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fondochiaro-Colore6">
    <w:name w:val="Light Shading Accent 6"/>
    <w:basedOn w:val="Tabellanorma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lencochiaro">
    <w:name w:val="Light List"/>
    <w:basedOn w:val="Tabellanorma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lencochiaro-Colore1">
    <w:name w:val="Light List Accent 1"/>
    <w:basedOn w:val="Tabellanorma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lencochiaro-Colore2">
    <w:name w:val="Light List Accent 2"/>
    <w:basedOn w:val="Tabellanorma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lencochiaro-Colore3">
    <w:name w:val="Light List Accent 3"/>
    <w:basedOn w:val="Tabellanorma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lencochiaro-Colore4">
    <w:name w:val="Light List Accent 4"/>
    <w:basedOn w:val="Tabellanorma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lencochiaro-Colore5">
    <w:name w:val="Light List Accent 5"/>
    <w:basedOn w:val="Tabellanorma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lencochiaro-Colore6">
    <w:name w:val="Light List Accent 6"/>
    <w:basedOn w:val="Tabellanorma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gliachiara">
    <w:name w:val="Light Grid"/>
    <w:basedOn w:val="Tabellanorma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gliachiara-Colore1">
    <w:name w:val="Light Grid Accent 1"/>
    <w:basedOn w:val="Tabellanorma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gliachiara-Colore2">
    <w:name w:val="Light Grid Accent 2"/>
    <w:basedOn w:val="Tabellanorma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gliachiara-Colore3">
    <w:name w:val="Light Grid Accent 3"/>
    <w:basedOn w:val="Tabellanorma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gliachiara-Colore4">
    <w:name w:val="Light Grid Accent 4"/>
    <w:basedOn w:val="Tabellanorma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gliachiara-Colore5">
    <w:name w:val="Light Grid Accent 5"/>
    <w:basedOn w:val="Tabellanorma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gliachiara-Colore6">
    <w:name w:val="Light Grid Accent 6"/>
    <w:basedOn w:val="Tabellanorma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fondomedio1">
    <w:name w:val="Medium Shading 1"/>
    <w:basedOn w:val="Tabellanorma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fondomedio1-Colore1">
    <w:name w:val="Medium Shading 1 Accent 1"/>
    <w:basedOn w:val="Tabellanorma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fondomedio1-Colore2">
    <w:name w:val="Medium Shading 1 Accent 2"/>
    <w:basedOn w:val="Tabellanorma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fondomedio1-Colore3">
    <w:name w:val="Medium Shading 1 Accent 3"/>
    <w:basedOn w:val="Tabellanorma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fondomedio1-Colore4">
    <w:name w:val="Medium Shading 1 Accent 4"/>
    <w:basedOn w:val="Tabellanorma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fondomedio1-Colore5">
    <w:name w:val="Medium Shading 1 Accent 5"/>
    <w:basedOn w:val="Tabellanorma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fondomedio1-Colore6">
    <w:name w:val="Medium Shading 1 Accent 6"/>
    <w:basedOn w:val="Tabellanorma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fondomedio2">
    <w:name w:val="Medium Shading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1">
    <w:name w:val="Medium Shading 2 Accent 1"/>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2">
    <w:name w:val="Medium Shading 2 Accent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3">
    <w:name w:val="Medium Shading 2 Accent 3"/>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4">
    <w:name w:val="Medium Shading 2 Accent 4"/>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5">
    <w:name w:val="Medium Shading 2 Accent 5"/>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6">
    <w:name w:val="Medium Shading 2 Accent 6"/>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lencomedio1">
    <w:name w:val="Medium List 1"/>
    <w:basedOn w:val="Tabellanorma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lencomedio1-Colore1">
    <w:name w:val="Medium List 1 Accent 1"/>
    <w:basedOn w:val="Tabellanorma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lencomedio1-Colore2">
    <w:name w:val="Medium List 1 Accent 2"/>
    <w:basedOn w:val="Tabellanorma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lencomedio1-Colore3">
    <w:name w:val="Medium List 1 Accent 3"/>
    <w:basedOn w:val="Tabellanorma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lencomedio1-Colore4">
    <w:name w:val="Medium List 1 Accent 4"/>
    <w:basedOn w:val="Tabellanorma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lencomedio1-Colore5">
    <w:name w:val="Medium List 1 Accent 5"/>
    <w:basedOn w:val="Tabellanorma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lencomedio1-Colore6">
    <w:name w:val="Medium List 1 Accent 6"/>
    <w:basedOn w:val="Tabellanorma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lencomedio2">
    <w:name w:val="Medium Lis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1">
    <w:name w:val="Medium List 2 Accent 1"/>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2">
    <w:name w:val="Medium List 2 Accen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3">
    <w:name w:val="Medium List 2 Accent 3"/>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4">
    <w:name w:val="Medium List 2 Accent 4"/>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5">
    <w:name w:val="Medium List 2 Accent 5"/>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6">
    <w:name w:val="Medium List 2 Accent 6"/>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gliamedia1">
    <w:name w:val="Medium Grid 1"/>
    <w:basedOn w:val="Tabellanorma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media1-Colore1">
    <w:name w:val="Medium Grid 1 Accent 1"/>
    <w:basedOn w:val="Tabellanorma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media1-Colore2">
    <w:name w:val="Medium Grid 1 Accent 2"/>
    <w:basedOn w:val="Tabellanorma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media1-Colore3">
    <w:name w:val="Medium Grid 1 Accent 3"/>
    <w:basedOn w:val="Tabellanorma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media1-Colore4">
    <w:name w:val="Medium Grid 1 Accent 4"/>
    <w:basedOn w:val="Tabellanorma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media1-Colore5">
    <w:name w:val="Medium Grid 1 Accent 5"/>
    <w:basedOn w:val="Tabellanorma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media1-Colore6">
    <w:name w:val="Medium Grid 1 Accent 6"/>
    <w:basedOn w:val="Tabellanorma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gliamedia2">
    <w:name w:val="Medium Grid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gliamedia2-Colore1">
    <w:name w:val="Medium Grid 2 Accent 1"/>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gliamedia2-Colore2">
    <w:name w:val="Medium Grid 2 Accent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gliamedia2-Colore3">
    <w:name w:val="Medium Grid 2 Accent 3"/>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gliamedia2-Colore4">
    <w:name w:val="Medium Grid 2 Accent 4"/>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gliamedia2-Colore5">
    <w:name w:val="Medium Grid 2 Accent 5"/>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gliamedia2-Colore6">
    <w:name w:val="Medium Grid 2 Accent 6"/>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gliamedia3">
    <w:name w:val="Medium Grid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gliamedia3-Colore1">
    <w:name w:val="Medium Grid 3 Accent 1"/>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gliamedia3-Colore2">
    <w:name w:val="Medium Grid 3 Accent 2"/>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gliamedia3-Colore3">
    <w:name w:val="Medium Grid 3 Accent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gliamedia3-Colore4">
    <w:name w:val="Medium Grid 3 Accent 4"/>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gliamedia3-Colore5">
    <w:name w:val="Medium Grid 3 Accent 5"/>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gliamedia3-Colore6">
    <w:name w:val="Medium Grid 3 Accent 6"/>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lencoscuro">
    <w:name w:val="Dark List"/>
    <w:basedOn w:val="Tabellanorma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lencoscuro-Colore1">
    <w:name w:val="Dark List Accent 1"/>
    <w:basedOn w:val="Tabellanorma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lencoscuro-Colore2">
    <w:name w:val="Dark List Accent 2"/>
    <w:basedOn w:val="Tabellanorma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lencoscuro-Colore3">
    <w:name w:val="Dark List Accent 3"/>
    <w:basedOn w:val="Tabellanorma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lencoscuro-Colore4">
    <w:name w:val="Dark List Accent 4"/>
    <w:basedOn w:val="Tabellanorma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lencoscuro-Colore5">
    <w:name w:val="Dark List Accent 5"/>
    <w:basedOn w:val="Tabellanorma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lencoscuro-Colore6">
    <w:name w:val="Dark List Accent 6"/>
    <w:basedOn w:val="Tabellanorma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fondoacolori">
    <w:name w:val="Colorful Shading"/>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fondoacolori-Colore1">
    <w:name w:val="Colorful Shading Accent 1"/>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fondoacolori-Colore2">
    <w:name w:val="Colorful Shading Accent 2"/>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fondoacolori-Colore3">
    <w:name w:val="Colorful Shading Accent 3"/>
    <w:basedOn w:val="Tabellanorma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fondoacolori-Colore4">
    <w:name w:val="Colorful Shading Accent 4"/>
    <w:basedOn w:val="Tabellanorma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fondoacolori-Colore5">
    <w:name w:val="Colorful Shading Accent 5"/>
    <w:basedOn w:val="Tabellanorma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fondoacolori-Colore6">
    <w:name w:val="Colorful Shading Accent 6"/>
    <w:basedOn w:val="Tabellanorma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lencoacolori">
    <w:name w:val="Colorful List"/>
    <w:basedOn w:val="Tabellanorma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lencoacolori-Colore1">
    <w:name w:val="Colorful List Accent 1"/>
    <w:basedOn w:val="Tabellanorma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lencoacolori-Colore2">
    <w:name w:val="Colorful List Accent 2"/>
    <w:basedOn w:val="Tabellanorma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lencoacolori-Colore3">
    <w:name w:val="Colorful List Accent 3"/>
    <w:basedOn w:val="Tabellanorma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lencoacolori-Colore4">
    <w:name w:val="Colorful List Accent 4"/>
    <w:basedOn w:val="Tabellanorma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lencoacolori-Colore5">
    <w:name w:val="Colorful List Accent 5"/>
    <w:basedOn w:val="Tabellanorma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lencoacolori-Colore6">
    <w:name w:val="Colorful List Accent 6"/>
    <w:basedOn w:val="Tabellanorma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gliaacolori">
    <w:name w:val="Colorful Grid"/>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acolori-Colore1">
    <w:name w:val="Colorful Grid Accent 1"/>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acolori-Colore2">
    <w:name w:val="Colorful Grid Accent 2"/>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acolori-Colore3">
    <w:name w:val="Colorful Grid Accent 3"/>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acolori-Colore4">
    <w:name w:val="Colorful Grid Accent 4"/>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acolori-Colore5">
    <w:name w:val="Colorful Grid Accent 5"/>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acolori-Colore6">
    <w:name w:val="Colorful Grid Accent 6"/>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888</Words>
  <Characters>5066</Characters>
  <Application>Microsoft Office Word</Application>
  <DocSecurity>0</DocSecurity>
  <Lines>42</Lines>
  <Paragraphs>11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5943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AUTENTICERT albania shpk</cp:lastModifiedBy>
  <cp:revision>2</cp:revision>
  <dcterms:created xsi:type="dcterms:W3CDTF">2026-09-01T16:19:00Z</dcterms:created>
  <dcterms:modified xsi:type="dcterms:W3CDTF">2026-09-01T16:19:00Z</dcterms:modified>
  <cp:category/>
</cp:coreProperties>
</file>